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7329A" w:rsidRPr="00D7329A" w:rsidRDefault="00D7329A" w:rsidP="00D7329A">
      <w:pPr>
        <w:pStyle w:val="Title"/>
        <w:jc w:val="center"/>
        <w:rPr>
          <w:rFonts w:cstheme="majorHAnsi"/>
          <w:color w:val="C93664"/>
        </w:rPr>
      </w:pPr>
      <w:r w:rsidRPr="00D7329A">
        <w:rPr>
          <w:rFonts w:cstheme="majorHAnsi"/>
          <w:color w:val="C93664"/>
        </w:rPr>
        <w:t xml:space="preserve">What Can Other People Do </w:t>
      </w:r>
      <w:proofErr w:type="gramStart"/>
      <w:r w:rsidRPr="00D7329A">
        <w:rPr>
          <w:rFonts w:cstheme="majorHAnsi"/>
          <w:color w:val="C93664"/>
        </w:rPr>
        <w:t>For</w:t>
      </w:r>
      <w:proofErr w:type="gramEnd"/>
      <w:r w:rsidRPr="00D7329A">
        <w:rPr>
          <w:rFonts w:cstheme="majorHAnsi"/>
          <w:color w:val="C93664"/>
        </w:rPr>
        <w:t xml:space="preserve"> Me</w:t>
      </w:r>
    </w:p>
    <w:p w:rsidR="00317FD4" w:rsidRPr="00D7329A" w:rsidRDefault="00000000" w:rsidP="00D7329A">
      <w:pPr>
        <w:pStyle w:val="ResourceIntro"/>
        <w:rPr>
          <w:rFonts w:asciiTheme="majorHAnsi" w:hAnsiTheme="majorHAnsi" w:cstheme="majorHAnsi"/>
        </w:rPr>
      </w:pPr>
      <w:r w:rsidRPr="00D7329A">
        <w:rPr>
          <w:rFonts w:asciiTheme="majorHAnsi" w:hAnsiTheme="majorHAnsi" w:cstheme="majorHAnsi"/>
        </w:rPr>
        <w:t xml:space="preserve">A practical help </w:t>
      </w:r>
      <w:proofErr w:type="spellStart"/>
      <w:r w:rsidRPr="00D7329A">
        <w:rPr>
          <w:rFonts w:asciiTheme="majorHAnsi" w:hAnsiTheme="majorHAnsi" w:cstheme="majorHAnsi"/>
        </w:rPr>
        <w:t>organiser</w:t>
      </w:r>
      <w:proofErr w:type="spellEnd"/>
      <w:r w:rsidRPr="00D7329A">
        <w:rPr>
          <w:rFonts w:asciiTheme="majorHAnsi" w:hAnsiTheme="majorHAnsi" w:cstheme="majorHAnsi"/>
        </w:rPr>
        <w:t xml:space="preserve"> for family and friends</w:t>
      </w:r>
    </w:p>
    <w:p w:rsidR="00317FD4" w:rsidRPr="00D7329A" w:rsidRDefault="00000000">
      <w:pPr>
        <w:pStyle w:val="Heading1"/>
        <w:rPr>
          <w:rFonts w:cstheme="majorHAnsi"/>
        </w:rPr>
      </w:pPr>
      <w:r w:rsidRPr="00D7329A">
        <w:rPr>
          <w:rFonts w:cstheme="majorHAnsi"/>
        </w:rPr>
        <w:t>How to use this</w:t>
      </w:r>
    </w:p>
    <w:p w:rsidR="00317FD4" w:rsidRPr="00D7329A" w:rsidRDefault="00000000">
      <w:pPr>
        <w:pStyle w:val="ListNumber"/>
        <w:spacing w:line="247" w:lineRule="auto"/>
        <w:ind w:left="317" w:hanging="317"/>
        <w:rPr>
          <w:rFonts w:asciiTheme="majorHAnsi" w:hAnsiTheme="majorHAnsi" w:cstheme="majorHAnsi"/>
        </w:rPr>
      </w:pPr>
      <w:r w:rsidRPr="00D7329A">
        <w:rPr>
          <w:rFonts w:asciiTheme="majorHAnsi" w:hAnsiTheme="majorHAnsi" w:cstheme="majorHAnsi"/>
          <w:b/>
          <w:color w:val="16324F"/>
        </w:rPr>
        <w:t xml:space="preserve">Choose one coordinator. </w:t>
      </w:r>
      <w:r w:rsidRPr="00D7329A">
        <w:rPr>
          <w:rFonts w:asciiTheme="majorHAnsi" w:hAnsiTheme="majorHAnsi" w:cstheme="majorHAnsi"/>
        </w:rPr>
        <w:t>One trusted friend or family member keeps the list, contacts helpers and becomes the main point of contact.</w:t>
      </w:r>
    </w:p>
    <w:p w:rsidR="00317FD4" w:rsidRPr="00D7329A" w:rsidRDefault="00000000">
      <w:pPr>
        <w:pStyle w:val="ListNumber"/>
        <w:spacing w:line="247" w:lineRule="auto"/>
        <w:ind w:left="317" w:hanging="317"/>
        <w:rPr>
          <w:rFonts w:asciiTheme="majorHAnsi" w:hAnsiTheme="majorHAnsi" w:cstheme="majorHAnsi"/>
        </w:rPr>
      </w:pPr>
      <w:r w:rsidRPr="00D7329A">
        <w:rPr>
          <w:rFonts w:asciiTheme="majorHAnsi" w:hAnsiTheme="majorHAnsi" w:cstheme="majorHAnsi"/>
          <w:b/>
          <w:color w:val="16324F"/>
        </w:rPr>
        <w:t xml:space="preserve">Go through it together. </w:t>
      </w:r>
      <w:r w:rsidRPr="00D7329A">
        <w:rPr>
          <w:rFonts w:asciiTheme="majorHAnsi" w:hAnsiTheme="majorHAnsi" w:cstheme="majorHAnsi"/>
        </w:rPr>
        <w:t>Ask about one section at a time. Do not expect the bereaved person to complete the whole checklist or make every decision.</w:t>
      </w:r>
    </w:p>
    <w:p w:rsidR="00317FD4" w:rsidRPr="00D7329A" w:rsidRDefault="00000000">
      <w:pPr>
        <w:pStyle w:val="ListNumber"/>
        <w:spacing w:line="247" w:lineRule="auto"/>
        <w:ind w:left="317" w:hanging="317"/>
        <w:rPr>
          <w:rFonts w:asciiTheme="majorHAnsi" w:hAnsiTheme="majorHAnsi" w:cstheme="majorHAnsi"/>
        </w:rPr>
      </w:pPr>
      <w:r w:rsidRPr="00D7329A">
        <w:rPr>
          <w:rFonts w:asciiTheme="majorHAnsi" w:hAnsiTheme="majorHAnsi" w:cstheme="majorHAnsi"/>
          <w:b/>
          <w:color w:val="16324F"/>
        </w:rPr>
        <w:t xml:space="preserve">Get permission. </w:t>
      </w:r>
      <w:r w:rsidRPr="00D7329A">
        <w:rPr>
          <w:rFonts w:asciiTheme="majorHAnsi" w:hAnsiTheme="majorHAnsi" w:cstheme="majorHAnsi"/>
        </w:rPr>
        <w:t>Agree who may be contacted, what information can be shared and whether the bereaved person wants to be included in any group messages.</w:t>
      </w:r>
    </w:p>
    <w:p w:rsidR="00317FD4" w:rsidRPr="00D7329A" w:rsidRDefault="00000000">
      <w:pPr>
        <w:pStyle w:val="ListNumber"/>
        <w:spacing w:line="247" w:lineRule="auto"/>
        <w:ind w:left="317" w:hanging="317"/>
        <w:rPr>
          <w:rFonts w:asciiTheme="majorHAnsi" w:hAnsiTheme="majorHAnsi" w:cstheme="majorHAnsi"/>
        </w:rPr>
      </w:pPr>
      <w:r w:rsidRPr="00D7329A">
        <w:rPr>
          <w:rFonts w:asciiTheme="majorHAnsi" w:hAnsiTheme="majorHAnsi" w:cstheme="majorHAnsi"/>
          <w:b/>
          <w:color w:val="16324F"/>
        </w:rPr>
        <w:t xml:space="preserve">Turn each tick into one clear job. </w:t>
      </w:r>
      <w:r w:rsidRPr="00D7329A">
        <w:rPr>
          <w:rFonts w:asciiTheme="majorHAnsi" w:hAnsiTheme="majorHAnsi" w:cstheme="majorHAnsi"/>
        </w:rPr>
        <w:t>Write down exactly what needs done, who has agreed to do it and when it will happen.</w:t>
      </w:r>
    </w:p>
    <w:p w:rsidR="00317FD4" w:rsidRPr="00D7329A" w:rsidRDefault="00000000">
      <w:pPr>
        <w:pStyle w:val="ListNumber"/>
        <w:spacing w:line="247" w:lineRule="auto"/>
        <w:ind w:left="317" w:hanging="317"/>
        <w:rPr>
          <w:rFonts w:asciiTheme="majorHAnsi" w:hAnsiTheme="majorHAnsi" w:cstheme="majorHAnsi"/>
        </w:rPr>
      </w:pPr>
      <w:r w:rsidRPr="00D7329A">
        <w:rPr>
          <w:rFonts w:asciiTheme="majorHAnsi" w:hAnsiTheme="majorHAnsi" w:cstheme="majorHAnsi"/>
          <w:b/>
          <w:color w:val="16324F"/>
        </w:rPr>
        <w:t xml:space="preserve">Share the jobs page. </w:t>
      </w:r>
      <w:r w:rsidRPr="00D7329A">
        <w:rPr>
          <w:rFonts w:asciiTheme="majorHAnsi" w:hAnsiTheme="majorHAnsi" w:cstheme="majorHAnsi"/>
        </w:rPr>
        <w:t>Photograph the final coordination page and send it to a WhatsApp group, family chat or agreed group of helpers.</w:t>
      </w:r>
    </w:p>
    <w:p w:rsidR="00317FD4" w:rsidRPr="00D7329A" w:rsidRDefault="00000000">
      <w:pPr>
        <w:pStyle w:val="ListNumber"/>
        <w:spacing w:line="247" w:lineRule="auto"/>
        <w:ind w:left="317" w:hanging="317"/>
        <w:rPr>
          <w:rFonts w:asciiTheme="majorHAnsi" w:hAnsiTheme="majorHAnsi" w:cstheme="majorHAnsi"/>
        </w:rPr>
      </w:pPr>
      <w:r w:rsidRPr="00D7329A">
        <w:rPr>
          <w:rFonts w:asciiTheme="majorHAnsi" w:hAnsiTheme="majorHAnsi" w:cstheme="majorHAnsi"/>
          <w:b/>
          <w:color w:val="16324F"/>
        </w:rPr>
        <w:t xml:space="preserve">Keep questions with the coordinator. </w:t>
      </w:r>
      <w:r w:rsidRPr="00D7329A">
        <w:rPr>
          <w:rFonts w:asciiTheme="majorHAnsi" w:hAnsiTheme="majorHAnsi" w:cstheme="majorHAnsi"/>
        </w:rPr>
        <w:t>Helpers report back to the coordinator. The coordinator only contacts the bereaved person when a decision is genuinely needed.</w:t>
      </w:r>
    </w:p>
    <w:p w:rsidR="00317FD4" w:rsidRPr="00D7329A" w:rsidRDefault="00317FD4">
      <w:pPr>
        <w:spacing w:after="0"/>
        <w:rPr>
          <w:rFonts w:asciiTheme="majorHAnsi" w:hAnsiTheme="majorHAnsi" w:cstheme="majorHAnsi"/>
        </w:rPr>
      </w:pPr>
    </w:p>
    <w:p w:rsidR="00317FD4" w:rsidRPr="00D7329A" w:rsidRDefault="00000000">
      <w:pPr>
        <w:pStyle w:val="Heading1"/>
        <w:rPr>
          <w:rFonts w:cstheme="majorHAnsi"/>
        </w:rPr>
      </w:pPr>
      <w:r w:rsidRPr="00D7329A">
        <w:rPr>
          <w:rFonts w:cstheme="majorHAnsi"/>
        </w:rPr>
        <w:t>Before you start</w:t>
      </w:r>
    </w:p>
    <w:p w:rsidR="00317FD4" w:rsidRPr="00D7329A" w:rsidRDefault="00000000">
      <w:pPr>
        <w:spacing w:after="60"/>
        <w:rPr>
          <w:rFonts w:asciiTheme="majorHAnsi" w:hAnsiTheme="majorHAnsi" w:cstheme="majorHAnsi"/>
        </w:rPr>
      </w:pPr>
      <w:r w:rsidRPr="00D7329A">
        <w:rPr>
          <w:rFonts w:asciiTheme="majorHAnsi" w:hAnsiTheme="majorHAnsi" w:cstheme="majorHAnsi"/>
          <w:b/>
          <w:color w:val="16324F"/>
        </w:rPr>
        <w:t>Name of the person coordinating the help:</w:t>
      </w:r>
    </w:p>
    <w:p w:rsidR="00D7329A" w:rsidRDefault="00D7329A">
      <w:pPr>
        <w:spacing w:after="80"/>
        <w:rPr>
          <w:rFonts w:asciiTheme="majorHAnsi" w:hAnsiTheme="majorHAnsi" w:cstheme="majorHAnsi"/>
          <w:color w:val="65747E"/>
          <w:sz w:val="18"/>
        </w:rPr>
      </w:pPr>
    </w:p>
    <w:p w:rsidR="00317FD4" w:rsidRPr="00D7329A" w:rsidRDefault="00000000">
      <w:pPr>
        <w:spacing w:after="80"/>
        <w:rPr>
          <w:rFonts w:asciiTheme="majorHAnsi" w:hAnsiTheme="majorHAnsi" w:cstheme="majorHAnsi"/>
        </w:rPr>
      </w:pPr>
      <w:r w:rsidRPr="00D7329A">
        <w:rPr>
          <w:rFonts w:asciiTheme="majorHAnsi" w:hAnsiTheme="majorHAnsi" w:cstheme="majorHAnsi"/>
          <w:color w:val="65747E"/>
          <w:sz w:val="18"/>
        </w:rPr>
        <w:t>________________________________________________________________________________</w:t>
      </w:r>
    </w:p>
    <w:p w:rsidR="00317FD4" w:rsidRPr="00D7329A" w:rsidRDefault="00000000">
      <w:pPr>
        <w:spacing w:after="60"/>
        <w:rPr>
          <w:rFonts w:asciiTheme="majorHAnsi" w:hAnsiTheme="majorHAnsi" w:cstheme="majorHAnsi"/>
        </w:rPr>
      </w:pPr>
      <w:r w:rsidRPr="00D7329A">
        <w:rPr>
          <w:rFonts w:asciiTheme="majorHAnsi" w:hAnsiTheme="majorHAnsi" w:cstheme="majorHAnsi"/>
          <w:b/>
          <w:color w:val="16324F"/>
        </w:rPr>
        <w:t>Would you like to be included in the help group?</w:t>
      </w:r>
      <w:r w:rsidRPr="00D7329A">
        <w:rPr>
          <w:rFonts w:asciiTheme="majorHAnsi" w:hAnsiTheme="majorHAnsi" w:cstheme="majorHAnsi"/>
        </w:rPr>
        <w:t xml:space="preserve">   </w:t>
      </w:r>
      <w:r w:rsidRPr="00D7329A">
        <w:rPr>
          <w:rFonts w:ascii="Segoe UI Symbol" w:hAnsi="Segoe UI Symbol" w:cs="Segoe UI Symbol"/>
        </w:rPr>
        <w:t>☐</w:t>
      </w:r>
      <w:r w:rsidRPr="00D7329A">
        <w:rPr>
          <w:rFonts w:asciiTheme="majorHAnsi" w:hAnsiTheme="majorHAnsi" w:cstheme="majorHAnsi"/>
        </w:rPr>
        <w:t xml:space="preserve"> Yes   </w:t>
      </w:r>
      <w:r w:rsidRPr="00D7329A">
        <w:rPr>
          <w:rFonts w:ascii="Segoe UI Symbol" w:hAnsi="Segoe UI Symbol" w:cs="Segoe UI Symbol"/>
        </w:rPr>
        <w:t>☐</w:t>
      </w:r>
      <w:r w:rsidRPr="00D7329A">
        <w:rPr>
          <w:rFonts w:asciiTheme="majorHAnsi" w:hAnsiTheme="majorHAnsi" w:cstheme="majorHAnsi"/>
        </w:rPr>
        <w:t xml:space="preserve"> No   </w:t>
      </w:r>
      <w:r w:rsidRPr="00D7329A">
        <w:rPr>
          <w:rFonts w:ascii="Segoe UI Symbol" w:hAnsi="Segoe UI Symbol" w:cs="Segoe UI Symbol"/>
        </w:rPr>
        <w:t>☐</w:t>
      </w:r>
      <w:r w:rsidRPr="00D7329A">
        <w:rPr>
          <w:rFonts w:asciiTheme="majorHAnsi" w:hAnsiTheme="majorHAnsi" w:cstheme="majorHAnsi"/>
        </w:rPr>
        <w:t xml:space="preserve"> Ask me later</w:t>
      </w:r>
    </w:p>
    <w:p w:rsidR="00D7329A" w:rsidRDefault="00D7329A">
      <w:pPr>
        <w:spacing w:after="80"/>
        <w:rPr>
          <w:rFonts w:asciiTheme="majorHAnsi" w:hAnsiTheme="majorHAnsi" w:cstheme="majorHAnsi"/>
          <w:color w:val="65747E"/>
          <w:sz w:val="18"/>
        </w:rPr>
      </w:pPr>
    </w:p>
    <w:p w:rsidR="00317FD4" w:rsidRPr="00D7329A" w:rsidRDefault="00000000">
      <w:pPr>
        <w:spacing w:after="80"/>
        <w:rPr>
          <w:rFonts w:asciiTheme="majorHAnsi" w:hAnsiTheme="majorHAnsi" w:cstheme="majorHAnsi"/>
        </w:rPr>
      </w:pPr>
      <w:r w:rsidRPr="00D7329A">
        <w:rPr>
          <w:rFonts w:asciiTheme="majorHAnsi" w:hAnsiTheme="majorHAnsi" w:cstheme="majorHAnsi"/>
          <w:color w:val="65747E"/>
          <w:sz w:val="18"/>
        </w:rPr>
        <w:t>________________________________________________________________________________</w:t>
      </w:r>
    </w:p>
    <w:p w:rsidR="00317FD4" w:rsidRPr="00D7329A" w:rsidRDefault="00000000">
      <w:pPr>
        <w:spacing w:after="60"/>
        <w:rPr>
          <w:rFonts w:asciiTheme="majorHAnsi" w:hAnsiTheme="majorHAnsi" w:cstheme="majorHAnsi"/>
        </w:rPr>
      </w:pPr>
      <w:r w:rsidRPr="00D7329A">
        <w:rPr>
          <w:rFonts w:asciiTheme="majorHAnsi" w:hAnsiTheme="majorHAnsi" w:cstheme="majorHAnsi"/>
          <w:b/>
          <w:color w:val="16324F"/>
        </w:rPr>
        <w:t>How often would you like the coordinator to update you?</w:t>
      </w:r>
      <w:r w:rsidRPr="00D7329A">
        <w:rPr>
          <w:rFonts w:asciiTheme="majorHAnsi" w:hAnsiTheme="majorHAnsi" w:cstheme="majorHAnsi"/>
        </w:rPr>
        <w:t xml:space="preserve">   </w:t>
      </w:r>
      <w:r w:rsidRPr="00D7329A">
        <w:rPr>
          <w:rFonts w:ascii="Segoe UI Symbol" w:hAnsi="Segoe UI Symbol" w:cs="Segoe UI Symbol"/>
        </w:rPr>
        <w:t>☐</w:t>
      </w:r>
      <w:r w:rsidRPr="00D7329A">
        <w:rPr>
          <w:rFonts w:asciiTheme="majorHAnsi" w:hAnsiTheme="majorHAnsi" w:cstheme="majorHAnsi"/>
        </w:rPr>
        <w:t xml:space="preserve"> Only when needed   </w:t>
      </w:r>
      <w:r w:rsidRPr="00D7329A">
        <w:rPr>
          <w:rFonts w:ascii="Segoe UI Symbol" w:hAnsi="Segoe UI Symbol" w:cs="Segoe UI Symbol"/>
        </w:rPr>
        <w:t>☐</w:t>
      </w:r>
      <w:r w:rsidRPr="00D7329A">
        <w:rPr>
          <w:rFonts w:asciiTheme="majorHAnsi" w:hAnsiTheme="majorHAnsi" w:cstheme="majorHAnsi"/>
        </w:rPr>
        <w:t xml:space="preserve"> Once a day   </w:t>
      </w:r>
      <w:r w:rsidRPr="00D7329A">
        <w:rPr>
          <w:rFonts w:ascii="Segoe UI Symbol" w:hAnsi="Segoe UI Symbol" w:cs="Segoe UI Symbol"/>
        </w:rPr>
        <w:t>☐</w:t>
      </w:r>
      <w:r w:rsidRPr="00D7329A">
        <w:rPr>
          <w:rFonts w:asciiTheme="majorHAnsi" w:hAnsiTheme="majorHAnsi" w:cstheme="majorHAnsi"/>
        </w:rPr>
        <w:t xml:space="preserve"> Other: __________</w:t>
      </w:r>
    </w:p>
    <w:p w:rsidR="00D7329A" w:rsidRDefault="00D7329A">
      <w:pPr>
        <w:spacing w:after="80"/>
        <w:rPr>
          <w:rFonts w:asciiTheme="majorHAnsi" w:hAnsiTheme="majorHAnsi" w:cstheme="majorHAnsi"/>
          <w:color w:val="65747E"/>
          <w:sz w:val="18"/>
        </w:rPr>
      </w:pPr>
    </w:p>
    <w:p w:rsidR="00317FD4" w:rsidRPr="00D7329A" w:rsidRDefault="00000000">
      <w:pPr>
        <w:spacing w:after="80"/>
        <w:rPr>
          <w:rFonts w:asciiTheme="majorHAnsi" w:hAnsiTheme="majorHAnsi" w:cstheme="majorHAnsi"/>
        </w:rPr>
      </w:pPr>
      <w:r w:rsidRPr="00D7329A">
        <w:rPr>
          <w:rFonts w:asciiTheme="majorHAnsi" w:hAnsiTheme="majorHAnsi" w:cstheme="majorHAnsi"/>
          <w:color w:val="65747E"/>
          <w:sz w:val="18"/>
        </w:rPr>
        <w:t>________________________________________________________________________________</w:t>
      </w:r>
    </w:p>
    <w:p w:rsidR="00317FD4" w:rsidRPr="00D7329A" w:rsidRDefault="00000000">
      <w:pPr>
        <w:spacing w:after="60"/>
        <w:rPr>
          <w:rFonts w:asciiTheme="majorHAnsi" w:hAnsiTheme="majorHAnsi" w:cstheme="majorHAnsi"/>
        </w:rPr>
      </w:pPr>
      <w:r w:rsidRPr="00D7329A">
        <w:rPr>
          <w:rFonts w:asciiTheme="majorHAnsi" w:hAnsiTheme="majorHAnsi" w:cstheme="majorHAnsi"/>
          <w:b/>
          <w:color w:val="16324F"/>
        </w:rPr>
        <w:t>Is there anyone you do not want contacted or invited to help?</w:t>
      </w:r>
    </w:p>
    <w:p w:rsidR="00D7329A" w:rsidRDefault="00D7329A">
      <w:pPr>
        <w:spacing w:after="80"/>
        <w:rPr>
          <w:rFonts w:asciiTheme="majorHAnsi" w:hAnsiTheme="majorHAnsi" w:cstheme="majorHAnsi"/>
          <w:color w:val="65747E"/>
          <w:sz w:val="18"/>
        </w:rPr>
      </w:pPr>
    </w:p>
    <w:p w:rsidR="00317FD4" w:rsidRPr="00D7329A" w:rsidRDefault="00000000">
      <w:pPr>
        <w:spacing w:after="80"/>
        <w:rPr>
          <w:rFonts w:asciiTheme="majorHAnsi" w:hAnsiTheme="majorHAnsi" w:cstheme="majorHAnsi"/>
        </w:rPr>
      </w:pPr>
      <w:r w:rsidRPr="00D7329A">
        <w:rPr>
          <w:rFonts w:asciiTheme="majorHAnsi" w:hAnsiTheme="majorHAnsi" w:cstheme="majorHAnsi"/>
          <w:color w:val="65747E"/>
          <w:sz w:val="18"/>
        </w:rPr>
        <w:t>________________________________________________________________________________</w:t>
      </w:r>
    </w:p>
    <w:p w:rsidR="00317FD4" w:rsidRPr="00D7329A" w:rsidRDefault="00000000">
      <w:pPr>
        <w:spacing w:after="60"/>
        <w:rPr>
          <w:rFonts w:asciiTheme="majorHAnsi" w:hAnsiTheme="majorHAnsi" w:cstheme="majorHAnsi"/>
        </w:rPr>
      </w:pPr>
      <w:r w:rsidRPr="00D7329A">
        <w:rPr>
          <w:rFonts w:asciiTheme="majorHAnsi" w:hAnsiTheme="majorHAnsi" w:cstheme="majorHAnsi"/>
          <w:b/>
          <w:color w:val="16324F"/>
        </w:rPr>
        <w:t>Anything helpers need to know, such as allergies, routines or visiting preferences?</w:t>
      </w:r>
    </w:p>
    <w:p w:rsidR="00D7329A" w:rsidRDefault="00D7329A">
      <w:pPr>
        <w:spacing w:after="80"/>
        <w:rPr>
          <w:rFonts w:asciiTheme="majorHAnsi" w:hAnsiTheme="majorHAnsi" w:cstheme="majorHAnsi"/>
          <w:color w:val="65747E"/>
          <w:sz w:val="18"/>
        </w:rPr>
      </w:pPr>
    </w:p>
    <w:p w:rsidR="00317FD4" w:rsidRPr="00D7329A" w:rsidRDefault="00000000">
      <w:pPr>
        <w:spacing w:after="80"/>
        <w:rPr>
          <w:rFonts w:asciiTheme="majorHAnsi" w:hAnsiTheme="majorHAnsi" w:cstheme="majorHAnsi"/>
        </w:rPr>
      </w:pPr>
      <w:r w:rsidRPr="00D7329A">
        <w:rPr>
          <w:rFonts w:asciiTheme="majorHAnsi" w:hAnsiTheme="majorHAnsi" w:cstheme="majorHAnsi"/>
          <w:color w:val="65747E"/>
          <w:sz w:val="18"/>
        </w:rPr>
        <w:t>________________________________________________________________________________</w:t>
      </w:r>
    </w:p>
    <w:p w:rsidR="00317FD4" w:rsidRPr="00D7329A" w:rsidRDefault="00000000">
      <w:pPr>
        <w:rPr>
          <w:rFonts w:asciiTheme="majorHAnsi" w:hAnsiTheme="majorHAnsi" w:cstheme="majorHAnsi"/>
        </w:rPr>
      </w:pPr>
      <w:r w:rsidRPr="00D7329A">
        <w:rPr>
          <w:rFonts w:asciiTheme="majorHAnsi" w:hAnsiTheme="majorHAnsi" w:cstheme="majorHAnsi"/>
        </w:rPr>
        <w:br w:type="page"/>
      </w:r>
    </w:p>
    <w:p w:rsidR="00317FD4" w:rsidRPr="00D7329A" w:rsidRDefault="00000000">
      <w:pPr>
        <w:pStyle w:val="Heading1"/>
        <w:rPr>
          <w:rFonts w:cstheme="majorHAnsi"/>
        </w:rPr>
      </w:pPr>
      <w:r w:rsidRPr="00D7329A">
        <w:rPr>
          <w:rFonts w:cstheme="majorHAnsi"/>
        </w:rPr>
        <w:lastRenderedPageBreak/>
        <w:t>What Would Actually Help Right Now?</w:t>
      </w:r>
    </w:p>
    <w:p w:rsidR="00317FD4" w:rsidRPr="00D7329A" w:rsidRDefault="00000000">
      <w:pPr>
        <w:rPr>
          <w:rFonts w:asciiTheme="majorHAnsi" w:hAnsiTheme="majorHAnsi" w:cstheme="majorHAnsi"/>
        </w:rPr>
      </w:pPr>
      <w:r w:rsidRPr="00D7329A">
        <w:rPr>
          <w:rFonts w:asciiTheme="majorHAnsi" w:hAnsiTheme="majorHAnsi" w:cstheme="majorHAnsi"/>
          <w:b/>
        </w:rPr>
        <w:t xml:space="preserve">Ask, do not assume. </w:t>
      </w:r>
      <w:r w:rsidRPr="00D7329A">
        <w:rPr>
          <w:rFonts w:asciiTheme="majorHAnsi" w:hAnsiTheme="majorHAnsi" w:cstheme="majorHAnsi"/>
        </w:rPr>
        <w:t>Tick only the things the person says would help. They can say no, not now, or change their mind later.</w:t>
      </w:r>
    </w:p>
    <w:p w:rsidR="00317FD4" w:rsidRPr="00D7329A" w:rsidRDefault="00000000">
      <w:pPr>
        <w:pStyle w:val="Heading2"/>
        <w:spacing w:before="140"/>
        <w:rPr>
          <w:rFonts w:cstheme="majorHAnsi"/>
        </w:rPr>
      </w:pPr>
      <w:r w:rsidRPr="00D7329A">
        <w:rPr>
          <w:rFonts w:cstheme="majorHAnsi"/>
        </w:rPr>
        <w:t>Food and the house</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Bring milk, bread or basic groceries</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Make or bring a meal</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Make tea and coffee when people visit</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Deal with dishes, washing or a small amount of tidying</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Put the bins out or take rubbish away</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Pick up prescriptions</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Cut the grass or deal with a necessary household job</w:t>
      </w:r>
    </w:p>
    <w:p w:rsidR="00317FD4" w:rsidRPr="00D7329A" w:rsidRDefault="00000000">
      <w:pPr>
        <w:pStyle w:val="Heading2"/>
        <w:spacing w:before="140"/>
        <w:rPr>
          <w:rFonts w:cstheme="majorHAnsi"/>
        </w:rPr>
      </w:pPr>
      <w:r w:rsidRPr="00D7329A">
        <w:rPr>
          <w:rFonts w:cstheme="majorHAnsi"/>
        </w:rPr>
        <w:t>Children and pets</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Do a school run or give lifts</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Let the school or an activity leader know what has happened</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Make food or help keep some normal routine going</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Spend time with the children or give them somewhere familiar to go</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Walk the dog, feed the pets or pick up pet food</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Look after the pets during appointments or the funeral</w:t>
      </w:r>
    </w:p>
    <w:p w:rsidR="00317FD4" w:rsidRPr="00D7329A" w:rsidRDefault="00000000">
      <w:pPr>
        <w:pStyle w:val="Heading2"/>
        <w:spacing w:before="140"/>
        <w:rPr>
          <w:rFonts w:cstheme="majorHAnsi"/>
        </w:rPr>
      </w:pPr>
      <w:r w:rsidRPr="00D7329A">
        <w:rPr>
          <w:rFonts w:cstheme="majorHAnsi"/>
        </w:rPr>
        <w:t>People, messages and visitors</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Tell agreed family members or friends what has happened</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Share funeral arrangements</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Update people without expecting the bereaved person to reply</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Answer the door or deal with visitors</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Politely tell people when visitors are not wanted</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Be the main contact for questions and updates</w:t>
      </w:r>
    </w:p>
    <w:p w:rsidR="00D7329A" w:rsidRDefault="00D7329A">
      <w:pPr>
        <w:spacing w:after="60"/>
        <w:rPr>
          <w:rFonts w:asciiTheme="majorHAnsi" w:hAnsiTheme="majorHAnsi" w:cstheme="majorHAnsi"/>
          <w:b/>
          <w:color w:val="16324F"/>
        </w:rPr>
      </w:pPr>
    </w:p>
    <w:p w:rsidR="00317FD4" w:rsidRPr="00D7329A" w:rsidRDefault="00000000">
      <w:pPr>
        <w:spacing w:after="60"/>
        <w:rPr>
          <w:rFonts w:asciiTheme="majorHAnsi" w:hAnsiTheme="majorHAnsi" w:cstheme="majorHAnsi"/>
        </w:rPr>
      </w:pPr>
      <w:r w:rsidRPr="00D7329A">
        <w:rPr>
          <w:rFonts w:asciiTheme="majorHAnsi" w:hAnsiTheme="majorHAnsi" w:cstheme="majorHAnsi"/>
          <w:b/>
          <w:color w:val="16324F"/>
        </w:rPr>
        <w:t>Something else that would help:</w:t>
      </w:r>
    </w:p>
    <w:p w:rsidR="00D7329A" w:rsidRDefault="00D7329A">
      <w:pPr>
        <w:spacing w:after="80"/>
        <w:rPr>
          <w:rFonts w:asciiTheme="majorHAnsi" w:hAnsiTheme="majorHAnsi" w:cstheme="majorHAnsi"/>
          <w:color w:val="65747E"/>
          <w:sz w:val="18"/>
        </w:rPr>
      </w:pPr>
    </w:p>
    <w:p w:rsidR="00317FD4" w:rsidRPr="00D7329A" w:rsidRDefault="00000000">
      <w:pPr>
        <w:spacing w:after="80"/>
        <w:rPr>
          <w:rFonts w:asciiTheme="majorHAnsi" w:hAnsiTheme="majorHAnsi" w:cstheme="majorHAnsi"/>
        </w:rPr>
      </w:pPr>
      <w:r w:rsidRPr="00D7329A">
        <w:rPr>
          <w:rFonts w:asciiTheme="majorHAnsi" w:hAnsiTheme="majorHAnsi" w:cstheme="majorHAnsi"/>
          <w:color w:val="65747E"/>
          <w:sz w:val="18"/>
        </w:rPr>
        <w:t>________________________________________________________________________________</w:t>
      </w:r>
    </w:p>
    <w:p w:rsidR="00D7329A" w:rsidRDefault="00D7329A">
      <w:pPr>
        <w:spacing w:after="80"/>
        <w:rPr>
          <w:rFonts w:asciiTheme="majorHAnsi" w:hAnsiTheme="majorHAnsi" w:cstheme="majorHAnsi"/>
          <w:color w:val="65747E"/>
          <w:sz w:val="18"/>
        </w:rPr>
      </w:pPr>
    </w:p>
    <w:p w:rsidR="00317FD4" w:rsidRPr="00D7329A" w:rsidRDefault="00000000">
      <w:pPr>
        <w:spacing w:after="80"/>
        <w:rPr>
          <w:rFonts w:asciiTheme="majorHAnsi" w:hAnsiTheme="majorHAnsi" w:cstheme="majorHAnsi"/>
        </w:rPr>
      </w:pPr>
      <w:r w:rsidRPr="00D7329A">
        <w:rPr>
          <w:rFonts w:asciiTheme="majorHAnsi" w:hAnsiTheme="majorHAnsi" w:cstheme="majorHAnsi"/>
          <w:color w:val="65747E"/>
          <w:sz w:val="18"/>
        </w:rPr>
        <w:t>________________________________________________________________________________</w:t>
      </w:r>
    </w:p>
    <w:p w:rsidR="00317FD4" w:rsidRPr="00D7329A" w:rsidRDefault="00000000">
      <w:pPr>
        <w:rPr>
          <w:rFonts w:asciiTheme="majorHAnsi" w:hAnsiTheme="majorHAnsi" w:cstheme="majorHAnsi"/>
        </w:rPr>
      </w:pPr>
      <w:r w:rsidRPr="00D7329A">
        <w:rPr>
          <w:rFonts w:asciiTheme="majorHAnsi" w:hAnsiTheme="majorHAnsi" w:cstheme="majorHAnsi"/>
        </w:rPr>
        <w:br w:type="page"/>
      </w:r>
    </w:p>
    <w:p w:rsidR="00317FD4" w:rsidRPr="00D7329A" w:rsidRDefault="00000000">
      <w:pPr>
        <w:pStyle w:val="Heading1"/>
        <w:rPr>
          <w:rFonts w:cstheme="majorHAnsi"/>
        </w:rPr>
      </w:pPr>
      <w:r w:rsidRPr="00D7329A">
        <w:rPr>
          <w:rFonts w:cstheme="majorHAnsi"/>
        </w:rPr>
        <w:lastRenderedPageBreak/>
        <w:t>More Things Somebody Could Take Over</w:t>
      </w:r>
    </w:p>
    <w:p w:rsidR="00D7329A" w:rsidRDefault="00D7329A">
      <w:pPr>
        <w:pStyle w:val="Heading2"/>
        <w:spacing w:before="140"/>
        <w:rPr>
          <w:rFonts w:cstheme="majorHAnsi"/>
        </w:rPr>
      </w:pPr>
    </w:p>
    <w:p w:rsidR="00317FD4" w:rsidRPr="00D7329A" w:rsidRDefault="00000000">
      <w:pPr>
        <w:pStyle w:val="Heading2"/>
        <w:spacing w:before="140"/>
        <w:rPr>
          <w:rFonts w:cstheme="majorHAnsi"/>
        </w:rPr>
      </w:pPr>
      <w:r w:rsidRPr="00D7329A">
        <w:rPr>
          <w:rFonts w:cstheme="majorHAnsi"/>
        </w:rPr>
        <w:t>Funeral jobs</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Collect, choose or print photographs</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Ask friends and family for stories or memories</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Help find music</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Order or collect flowers</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Organise refreshments</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Collect clothes or something needed for the funeral</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Drive or collect something from the funeral director</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Write things down during a meeting with the funeral director or celebrant</w:t>
      </w:r>
    </w:p>
    <w:p w:rsidR="00D7329A" w:rsidRDefault="00D7329A">
      <w:pPr>
        <w:pStyle w:val="Heading2"/>
        <w:spacing w:before="140"/>
        <w:rPr>
          <w:rFonts w:cstheme="majorHAnsi"/>
        </w:rPr>
      </w:pPr>
    </w:p>
    <w:p w:rsidR="00317FD4" w:rsidRPr="00D7329A" w:rsidRDefault="00000000">
      <w:pPr>
        <w:pStyle w:val="Heading2"/>
        <w:spacing w:before="140"/>
        <w:rPr>
          <w:rFonts w:cstheme="majorHAnsi"/>
        </w:rPr>
      </w:pPr>
      <w:r w:rsidRPr="00D7329A">
        <w:rPr>
          <w:rFonts w:cstheme="majorHAnsi"/>
        </w:rPr>
        <w:t>Admin, appointments and practical jobs</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Open and sort post together</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Help make a list of calls or documents</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Sit with them while they make phone calls</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Write down names, reference numbers and what happens next</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Print or photocopy something</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Drive them to an appointment</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Go into an appointment with them</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Keep paperwork together in one place</w:t>
      </w:r>
    </w:p>
    <w:p w:rsidR="00D7329A" w:rsidRDefault="00D7329A">
      <w:pPr>
        <w:pStyle w:val="Heading2"/>
        <w:spacing w:before="140"/>
        <w:rPr>
          <w:rFonts w:cstheme="majorHAnsi"/>
        </w:rPr>
      </w:pPr>
    </w:p>
    <w:p w:rsidR="00317FD4" w:rsidRPr="00D7329A" w:rsidRDefault="00000000">
      <w:pPr>
        <w:pStyle w:val="Heading2"/>
        <w:spacing w:before="140"/>
        <w:rPr>
          <w:rFonts w:cstheme="majorHAnsi"/>
        </w:rPr>
      </w:pPr>
      <w:r w:rsidRPr="00D7329A">
        <w:rPr>
          <w:rFonts w:cstheme="majorHAnsi"/>
        </w:rPr>
        <w:t>Company, quiet and emotional support</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Sit with them without expecting conversation</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Come with them while they do something difficult</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Check in without expecting a reply</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Stay for a while so they are not alone</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Give them some space and keep other people away</w:t>
      </w:r>
    </w:p>
    <w:p w:rsidR="00317FD4" w:rsidRPr="00D7329A" w:rsidRDefault="00000000">
      <w:pPr>
        <w:spacing w:after="30" w:line="240" w:lineRule="auto"/>
        <w:ind w:left="115"/>
        <w:rPr>
          <w:rFonts w:asciiTheme="majorHAnsi" w:hAnsiTheme="majorHAnsi" w:cstheme="majorHAnsi"/>
        </w:rPr>
      </w:pPr>
      <w:r w:rsidRPr="00D7329A">
        <w:rPr>
          <w:rFonts w:ascii="Segoe UI Symbol" w:hAnsi="Segoe UI Symbol" w:cs="Segoe UI Symbol"/>
        </w:rPr>
        <w:t>☐</w:t>
      </w:r>
      <w:r w:rsidRPr="00D7329A">
        <w:rPr>
          <w:rFonts w:asciiTheme="majorHAnsi" w:hAnsiTheme="majorHAnsi" w:cstheme="majorHAnsi"/>
        </w:rPr>
        <w:t xml:space="preserve">  Listen without trying to fix anything</w:t>
      </w:r>
    </w:p>
    <w:p w:rsidR="00D7329A" w:rsidRDefault="00D7329A">
      <w:pPr>
        <w:spacing w:after="60"/>
        <w:rPr>
          <w:rFonts w:asciiTheme="majorHAnsi" w:hAnsiTheme="majorHAnsi" w:cstheme="majorHAnsi"/>
          <w:b/>
          <w:color w:val="16324F"/>
        </w:rPr>
      </w:pPr>
    </w:p>
    <w:p w:rsidR="00D7329A" w:rsidRDefault="00D7329A">
      <w:pPr>
        <w:spacing w:after="60"/>
        <w:rPr>
          <w:rFonts w:asciiTheme="majorHAnsi" w:hAnsiTheme="majorHAnsi" w:cstheme="majorHAnsi"/>
          <w:b/>
          <w:color w:val="16324F"/>
        </w:rPr>
      </w:pPr>
    </w:p>
    <w:p w:rsidR="00317FD4" w:rsidRPr="00D7329A" w:rsidRDefault="00000000">
      <w:pPr>
        <w:spacing w:after="60"/>
        <w:rPr>
          <w:rFonts w:asciiTheme="majorHAnsi" w:hAnsiTheme="majorHAnsi" w:cstheme="majorHAnsi"/>
        </w:rPr>
      </w:pPr>
      <w:r w:rsidRPr="00D7329A">
        <w:rPr>
          <w:rFonts w:asciiTheme="majorHAnsi" w:hAnsiTheme="majorHAnsi" w:cstheme="majorHAnsi"/>
          <w:b/>
          <w:color w:val="16324F"/>
        </w:rPr>
        <w:t>What do you most want somebody to take off your hands?</w:t>
      </w:r>
    </w:p>
    <w:p w:rsidR="00D7329A" w:rsidRDefault="00D7329A">
      <w:pPr>
        <w:spacing w:after="80"/>
        <w:rPr>
          <w:rFonts w:asciiTheme="majorHAnsi" w:hAnsiTheme="majorHAnsi" w:cstheme="majorHAnsi"/>
          <w:color w:val="65747E"/>
          <w:sz w:val="18"/>
        </w:rPr>
      </w:pPr>
    </w:p>
    <w:p w:rsidR="00317FD4" w:rsidRPr="00D7329A" w:rsidRDefault="00000000">
      <w:pPr>
        <w:spacing w:after="80"/>
        <w:rPr>
          <w:rFonts w:asciiTheme="majorHAnsi" w:hAnsiTheme="majorHAnsi" w:cstheme="majorHAnsi"/>
        </w:rPr>
      </w:pPr>
      <w:r w:rsidRPr="00D7329A">
        <w:rPr>
          <w:rFonts w:asciiTheme="majorHAnsi" w:hAnsiTheme="majorHAnsi" w:cstheme="majorHAnsi"/>
          <w:color w:val="65747E"/>
          <w:sz w:val="18"/>
        </w:rPr>
        <w:t>________________________________________________________________________________</w:t>
      </w:r>
    </w:p>
    <w:p w:rsidR="00D7329A" w:rsidRDefault="00D7329A">
      <w:pPr>
        <w:spacing w:after="80"/>
        <w:rPr>
          <w:rFonts w:asciiTheme="majorHAnsi" w:hAnsiTheme="majorHAnsi" w:cstheme="majorHAnsi"/>
          <w:color w:val="65747E"/>
          <w:sz w:val="18"/>
        </w:rPr>
      </w:pPr>
    </w:p>
    <w:p w:rsidR="00317FD4" w:rsidRPr="00D7329A" w:rsidRDefault="00000000">
      <w:pPr>
        <w:spacing w:after="80"/>
        <w:rPr>
          <w:rFonts w:asciiTheme="majorHAnsi" w:hAnsiTheme="majorHAnsi" w:cstheme="majorHAnsi"/>
        </w:rPr>
      </w:pPr>
      <w:r w:rsidRPr="00D7329A">
        <w:rPr>
          <w:rFonts w:asciiTheme="majorHAnsi" w:hAnsiTheme="majorHAnsi" w:cstheme="majorHAnsi"/>
          <w:color w:val="65747E"/>
          <w:sz w:val="18"/>
        </w:rPr>
        <w:t>________________________________________________________________________________</w:t>
      </w:r>
    </w:p>
    <w:p w:rsidR="00D7329A" w:rsidRDefault="00D7329A">
      <w:pPr>
        <w:spacing w:after="60"/>
        <w:rPr>
          <w:rFonts w:asciiTheme="majorHAnsi" w:hAnsiTheme="majorHAnsi" w:cstheme="majorHAnsi"/>
          <w:b/>
          <w:color w:val="16324F"/>
        </w:rPr>
      </w:pPr>
    </w:p>
    <w:p w:rsidR="00D7329A" w:rsidRDefault="00D7329A">
      <w:pPr>
        <w:spacing w:after="60"/>
        <w:rPr>
          <w:rFonts w:asciiTheme="majorHAnsi" w:hAnsiTheme="majorHAnsi" w:cstheme="majorHAnsi"/>
          <w:b/>
          <w:color w:val="16324F"/>
        </w:rPr>
      </w:pPr>
    </w:p>
    <w:p w:rsidR="00D7329A" w:rsidRDefault="00D7329A">
      <w:pPr>
        <w:spacing w:after="60"/>
        <w:rPr>
          <w:rFonts w:asciiTheme="majorHAnsi" w:hAnsiTheme="majorHAnsi" w:cstheme="majorHAnsi"/>
          <w:b/>
          <w:color w:val="16324F"/>
        </w:rPr>
      </w:pPr>
    </w:p>
    <w:p w:rsidR="00D7329A" w:rsidRDefault="00D7329A">
      <w:pPr>
        <w:spacing w:after="60"/>
        <w:rPr>
          <w:rFonts w:asciiTheme="majorHAnsi" w:hAnsiTheme="majorHAnsi" w:cstheme="majorHAnsi"/>
          <w:b/>
          <w:color w:val="16324F"/>
        </w:rPr>
      </w:pPr>
    </w:p>
    <w:p w:rsidR="00317FD4" w:rsidRPr="00D7329A" w:rsidRDefault="00000000">
      <w:pPr>
        <w:spacing w:after="60"/>
        <w:rPr>
          <w:rFonts w:asciiTheme="majorHAnsi" w:hAnsiTheme="majorHAnsi" w:cstheme="majorHAnsi"/>
        </w:rPr>
      </w:pPr>
      <w:r w:rsidRPr="00D7329A">
        <w:rPr>
          <w:rFonts w:asciiTheme="majorHAnsi" w:hAnsiTheme="majorHAnsi" w:cstheme="majorHAnsi"/>
          <w:b/>
          <w:color w:val="16324F"/>
        </w:rPr>
        <w:t>What do you not want anybody else to do?</w:t>
      </w:r>
    </w:p>
    <w:p w:rsidR="00D7329A" w:rsidRDefault="00D7329A">
      <w:pPr>
        <w:spacing w:after="80"/>
        <w:rPr>
          <w:rFonts w:asciiTheme="majorHAnsi" w:hAnsiTheme="majorHAnsi" w:cstheme="majorHAnsi"/>
          <w:color w:val="65747E"/>
          <w:sz w:val="18"/>
        </w:rPr>
      </w:pPr>
    </w:p>
    <w:p w:rsidR="00317FD4" w:rsidRPr="00D7329A" w:rsidRDefault="00000000">
      <w:pPr>
        <w:spacing w:after="80"/>
        <w:rPr>
          <w:rFonts w:asciiTheme="majorHAnsi" w:hAnsiTheme="majorHAnsi" w:cstheme="majorHAnsi"/>
        </w:rPr>
      </w:pPr>
      <w:r w:rsidRPr="00D7329A">
        <w:rPr>
          <w:rFonts w:asciiTheme="majorHAnsi" w:hAnsiTheme="majorHAnsi" w:cstheme="majorHAnsi"/>
          <w:color w:val="65747E"/>
          <w:sz w:val="18"/>
        </w:rPr>
        <w:t>________________________________________________________________________________</w:t>
      </w:r>
    </w:p>
    <w:p w:rsidR="00D7329A" w:rsidRDefault="00D7329A">
      <w:pPr>
        <w:spacing w:after="80"/>
        <w:rPr>
          <w:rFonts w:asciiTheme="majorHAnsi" w:hAnsiTheme="majorHAnsi" w:cstheme="majorHAnsi"/>
          <w:color w:val="65747E"/>
          <w:sz w:val="18"/>
        </w:rPr>
      </w:pPr>
    </w:p>
    <w:p w:rsidR="00317FD4" w:rsidRPr="00D7329A" w:rsidRDefault="00000000">
      <w:pPr>
        <w:spacing w:after="80"/>
        <w:rPr>
          <w:rFonts w:asciiTheme="majorHAnsi" w:hAnsiTheme="majorHAnsi" w:cstheme="majorHAnsi"/>
        </w:rPr>
      </w:pPr>
      <w:r w:rsidRPr="00D7329A">
        <w:rPr>
          <w:rFonts w:asciiTheme="majorHAnsi" w:hAnsiTheme="majorHAnsi" w:cstheme="majorHAnsi"/>
          <w:color w:val="65747E"/>
          <w:sz w:val="18"/>
        </w:rPr>
        <w:t>________________________________________________________________________________</w:t>
      </w:r>
    </w:p>
    <w:tbl>
      <w:tblPr>
        <w:tblW w:w="0" w:type="auto"/>
        <w:jc w:val="center"/>
        <w:tblLayout w:type="fixed"/>
        <w:tblLook w:val="04A0" w:firstRow="1" w:lastRow="0" w:firstColumn="1" w:lastColumn="0" w:noHBand="0" w:noVBand="1"/>
      </w:tblPr>
      <w:tblGrid>
        <w:gridCol w:w="10152"/>
      </w:tblGrid>
      <w:tr w:rsidR="00317FD4" w:rsidRPr="00D7329A">
        <w:trPr>
          <w:jc w:val="center"/>
        </w:trPr>
        <w:tc>
          <w:tcPr>
            <w:tcW w:w="10152" w:type="dxa"/>
            <w:shd w:val="clear" w:color="auto" w:fill="FFF9F3"/>
            <w:tcMar>
              <w:top w:w="130" w:type="dxa"/>
              <w:left w:w="150" w:type="dxa"/>
              <w:bottom w:w="130" w:type="dxa"/>
              <w:right w:w="150" w:type="dxa"/>
            </w:tcMar>
          </w:tcPr>
          <w:p w:rsidR="00317FD4" w:rsidRPr="00D7329A" w:rsidRDefault="00000000">
            <w:pPr>
              <w:spacing w:after="0"/>
              <w:rPr>
                <w:rFonts w:asciiTheme="majorHAnsi" w:hAnsiTheme="majorHAnsi" w:cstheme="majorHAnsi"/>
              </w:rPr>
            </w:pPr>
            <w:r w:rsidRPr="00D7329A">
              <w:rPr>
                <w:rFonts w:asciiTheme="majorHAnsi" w:hAnsiTheme="majorHAnsi" w:cstheme="majorHAnsi"/>
                <w:b/>
              </w:rPr>
              <w:t xml:space="preserve">Remember: </w:t>
            </w:r>
            <w:r w:rsidRPr="00D7329A">
              <w:rPr>
                <w:rFonts w:asciiTheme="majorHAnsi" w:hAnsiTheme="majorHAnsi" w:cstheme="majorHAnsi"/>
              </w:rPr>
              <w:t>Needing company and needing space are both completely reasonable. The job of the coordinator is to listen and organise what this person wants, not what everybody else thinks they should want.</w:t>
            </w:r>
          </w:p>
        </w:tc>
      </w:tr>
    </w:tbl>
    <w:p w:rsidR="00317FD4" w:rsidRPr="00D7329A" w:rsidRDefault="00317FD4">
      <w:pPr>
        <w:spacing w:after="0"/>
        <w:rPr>
          <w:rFonts w:asciiTheme="majorHAnsi" w:hAnsiTheme="majorHAnsi" w:cstheme="majorHAnsi"/>
        </w:rPr>
      </w:pPr>
    </w:p>
    <w:p w:rsidR="00317FD4" w:rsidRPr="00D7329A" w:rsidRDefault="00000000">
      <w:pPr>
        <w:rPr>
          <w:rFonts w:asciiTheme="majorHAnsi" w:hAnsiTheme="majorHAnsi" w:cstheme="majorHAnsi"/>
        </w:rPr>
      </w:pPr>
      <w:r w:rsidRPr="00D7329A">
        <w:rPr>
          <w:rFonts w:asciiTheme="majorHAnsi" w:hAnsiTheme="majorHAnsi" w:cstheme="majorHAnsi"/>
        </w:rPr>
        <w:br w:type="page"/>
      </w:r>
    </w:p>
    <w:p w:rsidR="00317FD4" w:rsidRPr="00D7329A" w:rsidRDefault="00000000">
      <w:pPr>
        <w:pStyle w:val="Heading1"/>
        <w:rPr>
          <w:rFonts w:cstheme="majorHAnsi"/>
        </w:rPr>
      </w:pPr>
      <w:r w:rsidRPr="00D7329A">
        <w:rPr>
          <w:rFonts w:cstheme="majorHAnsi"/>
        </w:rPr>
        <w:lastRenderedPageBreak/>
        <w:t>Jobs We Can Take Off Their Hands</w:t>
      </w:r>
    </w:p>
    <w:p w:rsidR="00317FD4" w:rsidRPr="00D7329A" w:rsidRDefault="00000000">
      <w:pPr>
        <w:rPr>
          <w:rFonts w:asciiTheme="majorHAnsi" w:hAnsiTheme="majorHAnsi" w:cstheme="majorHAnsi"/>
        </w:rPr>
      </w:pPr>
      <w:r w:rsidRPr="00D7329A">
        <w:rPr>
          <w:rFonts w:asciiTheme="majorHAnsi" w:hAnsiTheme="majorHAnsi" w:cstheme="majorHAnsi"/>
          <w:b/>
        </w:rPr>
        <w:t xml:space="preserve">For the help coordinator: </w:t>
      </w:r>
      <w:r w:rsidRPr="00D7329A">
        <w:rPr>
          <w:rFonts w:asciiTheme="majorHAnsi" w:hAnsiTheme="majorHAnsi" w:cstheme="majorHAnsi"/>
        </w:rPr>
        <w:t>Turn the selected items into clear jobs. Give each job to one named person and add a day or time. Photograph this page and share it with the agreed group.</w:t>
      </w:r>
    </w:p>
    <w:tbl>
      <w:tblPr>
        <w:tblW w:w="0" w:type="auto"/>
        <w:jc w:val="center"/>
        <w:tblBorders>
          <w:top w:val="single" w:sz="6" w:space="0" w:color="9AA9B2"/>
          <w:left w:val="single" w:sz="6" w:space="0" w:color="9AA9B2"/>
          <w:bottom w:val="single" w:sz="6" w:space="0" w:color="9AA9B2"/>
          <w:right w:val="single" w:sz="6" w:space="0" w:color="9AA9B2"/>
          <w:insideH w:val="single" w:sz="6" w:space="0" w:color="9AA9B2"/>
          <w:insideV w:val="single" w:sz="6" w:space="0" w:color="9AA9B2"/>
        </w:tblBorders>
        <w:tblLayout w:type="fixed"/>
        <w:tblLook w:val="04A0" w:firstRow="1" w:lastRow="0" w:firstColumn="1" w:lastColumn="0" w:noHBand="0" w:noVBand="1"/>
      </w:tblPr>
      <w:tblGrid>
        <w:gridCol w:w="5040"/>
        <w:gridCol w:w="5040"/>
      </w:tblGrid>
      <w:tr w:rsidR="00317FD4" w:rsidRPr="00D7329A">
        <w:trPr>
          <w:jc w:val="center"/>
        </w:trPr>
        <w:tc>
          <w:tcPr>
            <w:tcW w:w="5040" w:type="dxa"/>
            <w:tcMar>
              <w:top w:w="90" w:type="dxa"/>
              <w:left w:w="100" w:type="dxa"/>
              <w:bottom w:w="90" w:type="dxa"/>
              <w:right w:w="100" w:type="dxa"/>
            </w:tcMar>
            <w:vAlign w:val="center"/>
          </w:tcPr>
          <w:p w:rsidR="00D7329A" w:rsidRDefault="00D7329A">
            <w:pPr>
              <w:spacing w:after="0"/>
              <w:rPr>
                <w:rFonts w:asciiTheme="majorHAnsi" w:hAnsiTheme="majorHAnsi" w:cstheme="majorHAnsi"/>
                <w:b/>
                <w:color w:val="16324F"/>
                <w:sz w:val="19"/>
              </w:rPr>
            </w:pPr>
          </w:p>
          <w:p w:rsidR="00D7329A" w:rsidRDefault="00D7329A">
            <w:pPr>
              <w:spacing w:after="0"/>
              <w:rPr>
                <w:rFonts w:asciiTheme="majorHAnsi" w:hAnsiTheme="majorHAnsi" w:cstheme="majorHAnsi"/>
                <w:b/>
                <w:color w:val="16324F"/>
                <w:sz w:val="19"/>
              </w:rPr>
            </w:pPr>
          </w:p>
          <w:p w:rsidR="00317FD4" w:rsidRPr="00D7329A" w:rsidRDefault="00000000">
            <w:pPr>
              <w:spacing w:after="0"/>
              <w:rPr>
                <w:rFonts w:asciiTheme="majorHAnsi" w:hAnsiTheme="majorHAnsi" w:cstheme="majorHAnsi"/>
              </w:rPr>
            </w:pPr>
            <w:r w:rsidRPr="00D7329A">
              <w:rPr>
                <w:rFonts w:asciiTheme="majorHAnsi" w:hAnsiTheme="majorHAnsi" w:cstheme="majorHAnsi"/>
                <w:b/>
                <w:color w:val="16324F"/>
                <w:sz w:val="19"/>
              </w:rPr>
              <w:t xml:space="preserve">Name: </w:t>
            </w:r>
            <w:r w:rsidRPr="00D7329A">
              <w:rPr>
                <w:rFonts w:asciiTheme="majorHAnsi" w:hAnsiTheme="majorHAnsi" w:cstheme="majorHAnsi"/>
                <w:sz w:val="19"/>
              </w:rPr>
              <w:t>________________________</w:t>
            </w:r>
          </w:p>
        </w:tc>
        <w:tc>
          <w:tcPr>
            <w:tcW w:w="5040" w:type="dxa"/>
            <w:tcMar>
              <w:top w:w="90" w:type="dxa"/>
              <w:left w:w="100" w:type="dxa"/>
              <w:bottom w:w="90" w:type="dxa"/>
              <w:right w:w="100" w:type="dxa"/>
            </w:tcMar>
            <w:vAlign w:val="center"/>
          </w:tcPr>
          <w:p w:rsidR="00317FD4" w:rsidRPr="00D7329A" w:rsidRDefault="00000000">
            <w:pPr>
              <w:spacing w:after="0"/>
              <w:rPr>
                <w:rFonts w:asciiTheme="majorHAnsi" w:hAnsiTheme="majorHAnsi" w:cstheme="majorHAnsi"/>
              </w:rPr>
            </w:pPr>
            <w:r w:rsidRPr="00D7329A">
              <w:rPr>
                <w:rFonts w:asciiTheme="majorHAnsi" w:hAnsiTheme="majorHAnsi" w:cstheme="majorHAnsi"/>
                <w:b/>
                <w:color w:val="16324F"/>
                <w:sz w:val="19"/>
              </w:rPr>
              <w:t xml:space="preserve">Date updated: </w:t>
            </w:r>
            <w:r w:rsidRPr="00D7329A">
              <w:rPr>
                <w:rFonts w:asciiTheme="majorHAnsi" w:hAnsiTheme="majorHAnsi" w:cstheme="majorHAnsi"/>
                <w:sz w:val="19"/>
              </w:rPr>
              <w:t>________________________</w:t>
            </w:r>
          </w:p>
        </w:tc>
      </w:tr>
      <w:tr w:rsidR="00317FD4" w:rsidRPr="00D7329A">
        <w:trPr>
          <w:jc w:val="center"/>
        </w:trPr>
        <w:tc>
          <w:tcPr>
            <w:tcW w:w="5040" w:type="dxa"/>
            <w:tcMar>
              <w:top w:w="90" w:type="dxa"/>
              <w:left w:w="100" w:type="dxa"/>
              <w:bottom w:w="90" w:type="dxa"/>
              <w:right w:w="100" w:type="dxa"/>
            </w:tcMar>
            <w:vAlign w:val="center"/>
          </w:tcPr>
          <w:p w:rsidR="00D7329A" w:rsidRDefault="00D7329A">
            <w:pPr>
              <w:spacing w:after="0"/>
              <w:rPr>
                <w:rFonts w:asciiTheme="majorHAnsi" w:hAnsiTheme="majorHAnsi" w:cstheme="majorHAnsi"/>
                <w:b/>
                <w:color w:val="16324F"/>
                <w:sz w:val="19"/>
              </w:rPr>
            </w:pPr>
          </w:p>
          <w:p w:rsidR="00D7329A" w:rsidRDefault="00D7329A">
            <w:pPr>
              <w:spacing w:after="0"/>
              <w:rPr>
                <w:rFonts w:asciiTheme="majorHAnsi" w:hAnsiTheme="majorHAnsi" w:cstheme="majorHAnsi"/>
                <w:b/>
                <w:color w:val="16324F"/>
                <w:sz w:val="19"/>
              </w:rPr>
            </w:pPr>
          </w:p>
          <w:p w:rsidR="00D7329A" w:rsidRDefault="00D7329A">
            <w:pPr>
              <w:spacing w:after="0"/>
              <w:rPr>
                <w:rFonts w:asciiTheme="majorHAnsi" w:hAnsiTheme="majorHAnsi" w:cstheme="majorHAnsi"/>
                <w:b/>
                <w:color w:val="16324F"/>
                <w:sz w:val="19"/>
              </w:rPr>
            </w:pPr>
          </w:p>
          <w:p w:rsidR="00317FD4" w:rsidRPr="00D7329A" w:rsidRDefault="00000000">
            <w:pPr>
              <w:spacing w:after="0"/>
              <w:rPr>
                <w:rFonts w:asciiTheme="majorHAnsi" w:hAnsiTheme="majorHAnsi" w:cstheme="majorHAnsi"/>
              </w:rPr>
            </w:pPr>
            <w:r w:rsidRPr="00D7329A">
              <w:rPr>
                <w:rFonts w:asciiTheme="majorHAnsi" w:hAnsiTheme="majorHAnsi" w:cstheme="majorHAnsi"/>
                <w:b/>
                <w:color w:val="16324F"/>
                <w:sz w:val="19"/>
              </w:rPr>
              <w:t xml:space="preserve">Coordinator: </w:t>
            </w:r>
            <w:r w:rsidRPr="00D7329A">
              <w:rPr>
                <w:rFonts w:asciiTheme="majorHAnsi" w:hAnsiTheme="majorHAnsi" w:cstheme="majorHAnsi"/>
                <w:sz w:val="19"/>
              </w:rPr>
              <w:t>________________________</w:t>
            </w:r>
          </w:p>
        </w:tc>
        <w:tc>
          <w:tcPr>
            <w:tcW w:w="5040" w:type="dxa"/>
            <w:tcMar>
              <w:top w:w="90" w:type="dxa"/>
              <w:left w:w="100" w:type="dxa"/>
              <w:bottom w:w="90" w:type="dxa"/>
              <w:right w:w="100" w:type="dxa"/>
            </w:tcMar>
            <w:vAlign w:val="center"/>
          </w:tcPr>
          <w:p w:rsidR="00317FD4" w:rsidRPr="00D7329A" w:rsidRDefault="00000000">
            <w:pPr>
              <w:spacing w:after="0"/>
              <w:rPr>
                <w:rFonts w:asciiTheme="majorHAnsi" w:hAnsiTheme="majorHAnsi" w:cstheme="majorHAnsi"/>
              </w:rPr>
            </w:pPr>
            <w:r w:rsidRPr="00D7329A">
              <w:rPr>
                <w:rFonts w:asciiTheme="majorHAnsi" w:hAnsiTheme="majorHAnsi" w:cstheme="majorHAnsi"/>
                <w:b/>
                <w:color w:val="16324F"/>
                <w:sz w:val="19"/>
              </w:rPr>
              <w:t xml:space="preserve">Coordinator's number: </w:t>
            </w:r>
            <w:r w:rsidRPr="00D7329A">
              <w:rPr>
                <w:rFonts w:asciiTheme="majorHAnsi" w:hAnsiTheme="majorHAnsi" w:cstheme="majorHAnsi"/>
                <w:sz w:val="19"/>
              </w:rPr>
              <w:t>________________________</w:t>
            </w:r>
          </w:p>
        </w:tc>
      </w:tr>
    </w:tbl>
    <w:p w:rsidR="00317FD4" w:rsidRPr="00D7329A" w:rsidRDefault="00317FD4">
      <w:pPr>
        <w:spacing w:after="20"/>
        <w:rPr>
          <w:rFonts w:asciiTheme="majorHAnsi" w:hAnsiTheme="majorHAnsi" w:cstheme="majorHAnsi"/>
        </w:rPr>
      </w:pPr>
    </w:p>
    <w:tbl>
      <w:tblPr>
        <w:tblW w:w="10296" w:type="dxa"/>
        <w:jc w:val="center"/>
        <w:tblBorders>
          <w:top w:val="single" w:sz="6" w:space="0" w:color="9AA9B2"/>
          <w:left w:val="single" w:sz="6" w:space="0" w:color="9AA9B2"/>
          <w:bottom w:val="single" w:sz="6" w:space="0" w:color="9AA9B2"/>
          <w:right w:val="single" w:sz="6" w:space="0" w:color="9AA9B2"/>
          <w:insideH w:val="single" w:sz="6" w:space="0" w:color="9AA9B2"/>
          <w:insideV w:val="single" w:sz="6" w:space="0" w:color="9AA9B2"/>
        </w:tblBorders>
        <w:tblLayout w:type="fixed"/>
        <w:tblLook w:val="04A0" w:firstRow="1" w:lastRow="0" w:firstColumn="1" w:lastColumn="0" w:noHBand="0" w:noVBand="1"/>
      </w:tblPr>
      <w:tblGrid>
        <w:gridCol w:w="4392"/>
        <w:gridCol w:w="1944"/>
        <w:gridCol w:w="1512"/>
        <w:gridCol w:w="1800"/>
        <w:gridCol w:w="648"/>
      </w:tblGrid>
      <w:tr w:rsidR="00317FD4" w:rsidRPr="00D7329A" w:rsidTr="00D7329A">
        <w:trPr>
          <w:tblHeader/>
          <w:jc w:val="center"/>
        </w:trPr>
        <w:tc>
          <w:tcPr>
            <w:tcW w:w="4392" w:type="dxa"/>
            <w:shd w:val="clear" w:color="auto" w:fill="16324F"/>
            <w:tcMar>
              <w:top w:w="80" w:type="dxa"/>
              <w:left w:w="80" w:type="dxa"/>
              <w:bottom w:w="80" w:type="dxa"/>
              <w:right w:w="80" w:type="dxa"/>
            </w:tcMar>
            <w:vAlign w:val="center"/>
          </w:tcPr>
          <w:p w:rsidR="00317FD4" w:rsidRPr="00D7329A" w:rsidRDefault="00000000">
            <w:pPr>
              <w:spacing w:after="0"/>
              <w:jc w:val="center"/>
              <w:rPr>
                <w:rFonts w:asciiTheme="majorHAnsi" w:hAnsiTheme="majorHAnsi" w:cstheme="majorHAnsi"/>
              </w:rPr>
            </w:pPr>
            <w:r w:rsidRPr="00D7329A">
              <w:rPr>
                <w:rFonts w:asciiTheme="majorHAnsi" w:hAnsiTheme="majorHAnsi" w:cstheme="majorHAnsi"/>
                <w:b/>
                <w:color w:val="FFFFFF"/>
                <w:sz w:val="16"/>
              </w:rPr>
              <w:t>Job</w:t>
            </w:r>
          </w:p>
        </w:tc>
        <w:tc>
          <w:tcPr>
            <w:tcW w:w="1944" w:type="dxa"/>
            <w:shd w:val="clear" w:color="auto" w:fill="16324F"/>
            <w:tcMar>
              <w:top w:w="80" w:type="dxa"/>
              <w:left w:w="80" w:type="dxa"/>
              <w:bottom w:w="80" w:type="dxa"/>
              <w:right w:w="80" w:type="dxa"/>
            </w:tcMar>
            <w:vAlign w:val="center"/>
          </w:tcPr>
          <w:p w:rsidR="00317FD4" w:rsidRPr="00D7329A" w:rsidRDefault="00000000">
            <w:pPr>
              <w:spacing w:after="0"/>
              <w:jc w:val="center"/>
              <w:rPr>
                <w:rFonts w:asciiTheme="majorHAnsi" w:hAnsiTheme="majorHAnsi" w:cstheme="majorHAnsi"/>
              </w:rPr>
            </w:pPr>
            <w:r w:rsidRPr="00D7329A">
              <w:rPr>
                <w:rFonts w:asciiTheme="majorHAnsi" w:hAnsiTheme="majorHAnsi" w:cstheme="majorHAnsi"/>
                <w:b/>
                <w:color w:val="FFFFFF"/>
                <w:sz w:val="16"/>
              </w:rPr>
              <w:t>Who is doing it?</w:t>
            </w:r>
          </w:p>
        </w:tc>
        <w:tc>
          <w:tcPr>
            <w:tcW w:w="1512" w:type="dxa"/>
            <w:shd w:val="clear" w:color="auto" w:fill="16324F"/>
            <w:tcMar>
              <w:top w:w="80" w:type="dxa"/>
              <w:left w:w="80" w:type="dxa"/>
              <w:bottom w:w="80" w:type="dxa"/>
              <w:right w:w="80" w:type="dxa"/>
            </w:tcMar>
            <w:vAlign w:val="center"/>
          </w:tcPr>
          <w:p w:rsidR="00317FD4" w:rsidRPr="00D7329A" w:rsidRDefault="00000000">
            <w:pPr>
              <w:spacing w:after="0"/>
              <w:jc w:val="center"/>
              <w:rPr>
                <w:rFonts w:asciiTheme="majorHAnsi" w:hAnsiTheme="majorHAnsi" w:cstheme="majorHAnsi"/>
              </w:rPr>
            </w:pPr>
            <w:r w:rsidRPr="00D7329A">
              <w:rPr>
                <w:rFonts w:asciiTheme="majorHAnsi" w:hAnsiTheme="majorHAnsi" w:cstheme="majorHAnsi"/>
                <w:b/>
                <w:color w:val="FFFFFF"/>
                <w:sz w:val="16"/>
              </w:rPr>
              <w:t>Day</w:t>
            </w:r>
          </w:p>
        </w:tc>
        <w:tc>
          <w:tcPr>
            <w:tcW w:w="1800" w:type="dxa"/>
            <w:shd w:val="clear" w:color="auto" w:fill="16324F"/>
            <w:tcMar>
              <w:top w:w="80" w:type="dxa"/>
              <w:left w:w="80" w:type="dxa"/>
              <w:bottom w:w="80" w:type="dxa"/>
              <w:right w:w="80" w:type="dxa"/>
            </w:tcMar>
            <w:vAlign w:val="center"/>
          </w:tcPr>
          <w:p w:rsidR="00317FD4" w:rsidRPr="00D7329A" w:rsidRDefault="00000000">
            <w:pPr>
              <w:spacing w:after="0"/>
              <w:jc w:val="center"/>
              <w:rPr>
                <w:rFonts w:asciiTheme="majorHAnsi" w:hAnsiTheme="majorHAnsi" w:cstheme="majorHAnsi"/>
              </w:rPr>
            </w:pPr>
            <w:r w:rsidRPr="00D7329A">
              <w:rPr>
                <w:rFonts w:asciiTheme="majorHAnsi" w:hAnsiTheme="majorHAnsi" w:cstheme="majorHAnsi"/>
                <w:b/>
                <w:color w:val="FFFFFF"/>
                <w:sz w:val="16"/>
              </w:rPr>
              <w:t>Time / details</w:t>
            </w:r>
          </w:p>
        </w:tc>
        <w:tc>
          <w:tcPr>
            <w:tcW w:w="648" w:type="dxa"/>
            <w:shd w:val="clear" w:color="auto" w:fill="16324F"/>
            <w:tcMar>
              <w:top w:w="80" w:type="dxa"/>
              <w:left w:w="80" w:type="dxa"/>
              <w:bottom w:w="80" w:type="dxa"/>
              <w:right w:w="80" w:type="dxa"/>
            </w:tcMar>
            <w:vAlign w:val="center"/>
          </w:tcPr>
          <w:p w:rsidR="00317FD4" w:rsidRPr="00D7329A" w:rsidRDefault="00000000">
            <w:pPr>
              <w:spacing w:after="0"/>
              <w:jc w:val="center"/>
              <w:rPr>
                <w:rFonts w:asciiTheme="majorHAnsi" w:hAnsiTheme="majorHAnsi" w:cstheme="majorHAnsi"/>
              </w:rPr>
            </w:pPr>
            <w:r w:rsidRPr="00D7329A">
              <w:rPr>
                <w:rFonts w:asciiTheme="majorHAnsi" w:hAnsiTheme="majorHAnsi" w:cstheme="majorHAnsi"/>
                <w:b/>
                <w:color w:val="FFFFFF"/>
                <w:sz w:val="16"/>
              </w:rPr>
              <w:t>Done</w:t>
            </w:r>
          </w:p>
        </w:tc>
      </w:tr>
      <w:tr w:rsidR="00317FD4" w:rsidRPr="00D7329A" w:rsidTr="00D7329A">
        <w:trPr>
          <w:jc w:val="center"/>
        </w:trPr>
        <w:tc>
          <w:tcPr>
            <w:tcW w:w="4392" w:type="dxa"/>
            <w:tcMar>
              <w:top w:w="115" w:type="dxa"/>
              <w:left w:w="70" w:type="dxa"/>
              <w:bottom w:w="115" w:type="dxa"/>
              <w:right w:w="70" w:type="dxa"/>
            </w:tcMar>
            <w:vAlign w:val="center"/>
          </w:tcPr>
          <w:p w:rsidR="00317FD4" w:rsidRDefault="00317FD4">
            <w:pPr>
              <w:spacing w:after="0"/>
              <w:rPr>
                <w:rFonts w:asciiTheme="majorHAnsi" w:hAnsiTheme="majorHAnsi" w:cstheme="majorHAnsi"/>
              </w:rPr>
            </w:pPr>
          </w:p>
          <w:p w:rsidR="00D7329A" w:rsidRPr="00D7329A" w:rsidRDefault="00D7329A">
            <w:pPr>
              <w:spacing w:after="0"/>
              <w:rPr>
                <w:rFonts w:asciiTheme="majorHAnsi" w:hAnsiTheme="majorHAnsi" w:cstheme="majorHAnsi"/>
              </w:rPr>
            </w:pPr>
          </w:p>
        </w:tc>
        <w:tc>
          <w:tcPr>
            <w:tcW w:w="1944"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1512"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1800"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648" w:type="dxa"/>
            <w:tcMar>
              <w:top w:w="115" w:type="dxa"/>
              <w:left w:w="70" w:type="dxa"/>
              <w:bottom w:w="115" w:type="dxa"/>
              <w:right w:w="70" w:type="dxa"/>
            </w:tcMar>
            <w:vAlign w:val="center"/>
          </w:tcPr>
          <w:p w:rsidR="00317FD4" w:rsidRPr="00D7329A" w:rsidRDefault="00000000">
            <w:pPr>
              <w:spacing w:after="0"/>
              <w:jc w:val="center"/>
              <w:rPr>
                <w:rFonts w:asciiTheme="majorHAnsi" w:hAnsiTheme="majorHAnsi" w:cstheme="majorHAnsi"/>
              </w:rPr>
            </w:pPr>
            <w:r w:rsidRPr="00D7329A">
              <w:rPr>
                <w:rFonts w:ascii="Segoe UI Symbol" w:hAnsi="Segoe UI Symbol" w:cs="Segoe UI Symbol"/>
                <w:sz w:val="22"/>
              </w:rPr>
              <w:t>☐</w:t>
            </w:r>
          </w:p>
        </w:tc>
      </w:tr>
      <w:tr w:rsidR="00317FD4" w:rsidRPr="00D7329A" w:rsidTr="00D7329A">
        <w:trPr>
          <w:jc w:val="center"/>
        </w:trPr>
        <w:tc>
          <w:tcPr>
            <w:tcW w:w="4392" w:type="dxa"/>
            <w:tcMar>
              <w:top w:w="115" w:type="dxa"/>
              <w:left w:w="70" w:type="dxa"/>
              <w:bottom w:w="115" w:type="dxa"/>
              <w:right w:w="70" w:type="dxa"/>
            </w:tcMar>
            <w:vAlign w:val="center"/>
          </w:tcPr>
          <w:p w:rsidR="00317FD4" w:rsidRDefault="00317FD4">
            <w:pPr>
              <w:spacing w:after="0"/>
              <w:rPr>
                <w:rFonts w:asciiTheme="majorHAnsi" w:hAnsiTheme="majorHAnsi" w:cstheme="majorHAnsi"/>
              </w:rPr>
            </w:pPr>
          </w:p>
          <w:p w:rsidR="00D7329A" w:rsidRPr="00D7329A" w:rsidRDefault="00D7329A">
            <w:pPr>
              <w:spacing w:after="0"/>
              <w:rPr>
                <w:rFonts w:asciiTheme="majorHAnsi" w:hAnsiTheme="majorHAnsi" w:cstheme="majorHAnsi"/>
              </w:rPr>
            </w:pPr>
          </w:p>
        </w:tc>
        <w:tc>
          <w:tcPr>
            <w:tcW w:w="1944"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1512"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1800"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648" w:type="dxa"/>
            <w:tcMar>
              <w:top w:w="115" w:type="dxa"/>
              <w:left w:w="70" w:type="dxa"/>
              <w:bottom w:w="115" w:type="dxa"/>
              <w:right w:w="70" w:type="dxa"/>
            </w:tcMar>
            <w:vAlign w:val="center"/>
          </w:tcPr>
          <w:p w:rsidR="00317FD4" w:rsidRPr="00D7329A" w:rsidRDefault="00000000">
            <w:pPr>
              <w:spacing w:after="0"/>
              <w:jc w:val="center"/>
              <w:rPr>
                <w:rFonts w:asciiTheme="majorHAnsi" w:hAnsiTheme="majorHAnsi" w:cstheme="majorHAnsi"/>
              </w:rPr>
            </w:pPr>
            <w:r w:rsidRPr="00D7329A">
              <w:rPr>
                <w:rFonts w:ascii="Segoe UI Symbol" w:hAnsi="Segoe UI Symbol" w:cs="Segoe UI Symbol"/>
                <w:sz w:val="22"/>
              </w:rPr>
              <w:t>☐</w:t>
            </w:r>
          </w:p>
        </w:tc>
      </w:tr>
      <w:tr w:rsidR="00317FD4" w:rsidRPr="00D7329A" w:rsidTr="00D7329A">
        <w:trPr>
          <w:jc w:val="center"/>
        </w:trPr>
        <w:tc>
          <w:tcPr>
            <w:tcW w:w="4392" w:type="dxa"/>
            <w:tcMar>
              <w:top w:w="115" w:type="dxa"/>
              <w:left w:w="70" w:type="dxa"/>
              <w:bottom w:w="115" w:type="dxa"/>
              <w:right w:w="70" w:type="dxa"/>
            </w:tcMar>
            <w:vAlign w:val="center"/>
          </w:tcPr>
          <w:p w:rsidR="00317FD4" w:rsidRDefault="00317FD4">
            <w:pPr>
              <w:spacing w:after="0"/>
              <w:rPr>
                <w:rFonts w:asciiTheme="majorHAnsi" w:hAnsiTheme="majorHAnsi" w:cstheme="majorHAnsi"/>
              </w:rPr>
            </w:pPr>
          </w:p>
          <w:p w:rsidR="00D7329A" w:rsidRPr="00D7329A" w:rsidRDefault="00D7329A">
            <w:pPr>
              <w:spacing w:after="0"/>
              <w:rPr>
                <w:rFonts w:asciiTheme="majorHAnsi" w:hAnsiTheme="majorHAnsi" w:cstheme="majorHAnsi"/>
              </w:rPr>
            </w:pPr>
          </w:p>
        </w:tc>
        <w:tc>
          <w:tcPr>
            <w:tcW w:w="1944"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1512"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1800"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648" w:type="dxa"/>
            <w:tcMar>
              <w:top w:w="115" w:type="dxa"/>
              <w:left w:w="70" w:type="dxa"/>
              <w:bottom w:w="115" w:type="dxa"/>
              <w:right w:w="70" w:type="dxa"/>
            </w:tcMar>
            <w:vAlign w:val="center"/>
          </w:tcPr>
          <w:p w:rsidR="00317FD4" w:rsidRPr="00D7329A" w:rsidRDefault="00000000">
            <w:pPr>
              <w:spacing w:after="0"/>
              <w:jc w:val="center"/>
              <w:rPr>
                <w:rFonts w:asciiTheme="majorHAnsi" w:hAnsiTheme="majorHAnsi" w:cstheme="majorHAnsi"/>
              </w:rPr>
            </w:pPr>
            <w:r w:rsidRPr="00D7329A">
              <w:rPr>
                <w:rFonts w:ascii="Segoe UI Symbol" w:hAnsi="Segoe UI Symbol" w:cs="Segoe UI Symbol"/>
                <w:sz w:val="22"/>
              </w:rPr>
              <w:t>☐</w:t>
            </w:r>
          </w:p>
        </w:tc>
      </w:tr>
      <w:tr w:rsidR="00317FD4" w:rsidRPr="00D7329A" w:rsidTr="00D7329A">
        <w:trPr>
          <w:jc w:val="center"/>
        </w:trPr>
        <w:tc>
          <w:tcPr>
            <w:tcW w:w="4392" w:type="dxa"/>
            <w:tcMar>
              <w:top w:w="115" w:type="dxa"/>
              <w:left w:w="70" w:type="dxa"/>
              <w:bottom w:w="115" w:type="dxa"/>
              <w:right w:w="70" w:type="dxa"/>
            </w:tcMar>
            <w:vAlign w:val="center"/>
          </w:tcPr>
          <w:p w:rsidR="00317FD4" w:rsidRDefault="00317FD4">
            <w:pPr>
              <w:spacing w:after="0"/>
              <w:rPr>
                <w:rFonts w:asciiTheme="majorHAnsi" w:hAnsiTheme="majorHAnsi" w:cstheme="majorHAnsi"/>
              </w:rPr>
            </w:pPr>
          </w:p>
          <w:p w:rsidR="00D7329A" w:rsidRPr="00D7329A" w:rsidRDefault="00D7329A">
            <w:pPr>
              <w:spacing w:after="0"/>
              <w:rPr>
                <w:rFonts w:asciiTheme="majorHAnsi" w:hAnsiTheme="majorHAnsi" w:cstheme="majorHAnsi"/>
              </w:rPr>
            </w:pPr>
          </w:p>
        </w:tc>
        <w:tc>
          <w:tcPr>
            <w:tcW w:w="1944"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1512"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1800"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648" w:type="dxa"/>
            <w:tcMar>
              <w:top w:w="115" w:type="dxa"/>
              <w:left w:w="70" w:type="dxa"/>
              <w:bottom w:w="115" w:type="dxa"/>
              <w:right w:w="70" w:type="dxa"/>
            </w:tcMar>
            <w:vAlign w:val="center"/>
          </w:tcPr>
          <w:p w:rsidR="00317FD4" w:rsidRPr="00D7329A" w:rsidRDefault="00000000">
            <w:pPr>
              <w:spacing w:after="0"/>
              <w:jc w:val="center"/>
              <w:rPr>
                <w:rFonts w:asciiTheme="majorHAnsi" w:hAnsiTheme="majorHAnsi" w:cstheme="majorHAnsi"/>
              </w:rPr>
            </w:pPr>
            <w:r w:rsidRPr="00D7329A">
              <w:rPr>
                <w:rFonts w:ascii="Segoe UI Symbol" w:hAnsi="Segoe UI Symbol" w:cs="Segoe UI Symbol"/>
                <w:sz w:val="22"/>
              </w:rPr>
              <w:t>☐</w:t>
            </w:r>
          </w:p>
        </w:tc>
      </w:tr>
      <w:tr w:rsidR="00317FD4" w:rsidRPr="00D7329A" w:rsidTr="00D7329A">
        <w:trPr>
          <w:jc w:val="center"/>
        </w:trPr>
        <w:tc>
          <w:tcPr>
            <w:tcW w:w="4392" w:type="dxa"/>
            <w:tcMar>
              <w:top w:w="115" w:type="dxa"/>
              <w:left w:w="70" w:type="dxa"/>
              <w:bottom w:w="115" w:type="dxa"/>
              <w:right w:w="70" w:type="dxa"/>
            </w:tcMar>
            <w:vAlign w:val="center"/>
          </w:tcPr>
          <w:p w:rsidR="00317FD4" w:rsidRDefault="00317FD4">
            <w:pPr>
              <w:spacing w:after="0"/>
              <w:rPr>
                <w:rFonts w:asciiTheme="majorHAnsi" w:hAnsiTheme="majorHAnsi" w:cstheme="majorHAnsi"/>
              </w:rPr>
            </w:pPr>
          </w:p>
          <w:p w:rsidR="00D7329A" w:rsidRPr="00D7329A" w:rsidRDefault="00D7329A">
            <w:pPr>
              <w:spacing w:after="0"/>
              <w:rPr>
                <w:rFonts w:asciiTheme="majorHAnsi" w:hAnsiTheme="majorHAnsi" w:cstheme="majorHAnsi"/>
              </w:rPr>
            </w:pPr>
          </w:p>
        </w:tc>
        <w:tc>
          <w:tcPr>
            <w:tcW w:w="1944"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1512"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1800"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648" w:type="dxa"/>
            <w:tcMar>
              <w:top w:w="115" w:type="dxa"/>
              <w:left w:w="70" w:type="dxa"/>
              <w:bottom w:w="115" w:type="dxa"/>
              <w:right w:w="70" w:type="dxa"/>
            </w:tcMar>
            <w:vAlign w:val="center"/>
          </w:tcPr>
          <w:p w:rsidR="00317FD4" w:rsidRPr="00D7329A" w:rsidRDefault="00000000">
            <w:pPr>
              <w:spacing w:after="0"/>
              <w:jc w:val="center"/>
              <w:rPr>
                <w:rFonts w:asciiTheme="majorHAnsi" w:hAnsiTheme="majorHAnsi" w:cstheme="majorHAnsi"/>
              </w:rPr>
            </w:pPr>
            <w:r w:rsidRPr="00D7329A">
              <w:rPr>
                <w:rFonts w:ascii="Segoe UI Symbol" w:hAnsi="Segoe UI Symbol" w:cs="Segoe UI Symbol"/>
                <w:sz w:val="22"/>
              </w:rPr>
              <w:t>☐</w:t>
            </w:r>
          </w:p>
        </w:tc>
      </w:tr>
      <w:tr w:rsidR="00317FD4" w:rsidRPr="00D7329A" w:rsidTr="00D7329A">
        <w:trPr>
          <w:jc w:val="center"/>
        </w:trPr>
        <w:tc>
          <w:tcPr>
            <w:tcW w:w="4392" w:type="dxa"/>
            <w:tcMar>
              <w:top w:w="115" w:type="dxa"/>
              <w:left w:w="70" w:type="dxa"/>
              <w:bottom w:w="115" w:type="dxa"/>
              <w:right w:w="70" w:type="dxa"/>
            </w:tcMar>
            <w:vAlign w:val="center"/>
          </w:tcPr>
          <w:p w:rsidR="00317FD4" w:rsidRDefault="00317FD4">
            <w:pPr>
              <w:spacing w:after="0"/>
              <w:rPr>
                <w:rFonts w:asciiTheme="majorHAnsi" w:hAnsiTheme="majorHAnsi" w:cstheme="majorHAnsi"/>
              </w:rPr>
            </w:pPr>
          </w:p>
          <w:p w:rsidR="00D7329A" w:rsidRPr="00D7329A" w:rsidRDefault="00D7329A">
            <w:pPr>
              <w:spacing w:after="0"/>
              <w:rPr>
                <w:rFonts w:asciiTheme="majorHAnsi" w:hAnsiTheme="majorHAnsi" w:cstheme="majorHAnsi"/>
              </w:rPr>
            </w:pPr>
          </w:p>
        </w:tc>
        <w:tc>
          <w:tcPr>
            <w:tcW w:w="1944"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1512"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1800"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648" w:type="dxa"/>
            <w:tcMar>
              <w:top w:w="115" w:type="dxa"/>
              <w:left w:w="70" w:type="dxa"/>
              <w:bottom w:w="115" w:type="dxa"/>
              <w:right w:w="70" w:type="dxa"/>
            </w:tcMar>
            <w:vAlign w:val="center"/>
          </w:tcPr>
          <w:p w:rsidR="00317FD4" w:rsidRPr="00D7329A" w:rsidRDefault="00000000">
            <w:pPr>
              <w:spacing w:after="0"/>
              <w:jc w:val="center"/>
              <w:rPr>
                <w:rFonts w:asciiTheme="majorHAnsi" w:hAnsiTheme="majorHAnsi" w:cstheme="majorHAnsi"/>
              </w:rPr>
            </w:pPr>
            <w:r w:rsidRPr="00D7329A">
              <w:rPr>
                <w:rFonts w:ascii="Segoe UI Symbol" w:hAnsi="Segoe UI Symbol" w:cs="Segoe UI Symbol"/>
                <w:sz w:val="22"/>
              </w:rPr>
              <w:t>☐</w:t>
            </w:r>
          </w:p>
        </w:tc>
      </w:tr>
      <w:tr w:rsidR="00317FD4" w:rsidRPr="00D7329A" w:rsidTr="00D7329A">
        <w:trPr>
          <w:jc w:val="center"/>
        </w:trPr>
        <w:tc>
          <w:tcPr>
            <w:tcW w:w="4392" w:type="dxa"/>
            <w:tcMar>
              <w:top w:w="115" w:type="dxa"/>
              <w:left w:w="70" w:type="dxa"/>
              <w:bottom w:w="115" w:type="dxa"/>
              <w:right w:w="70" w:type="dxa"/>
            </w:tcMar>
            <w:vAlign w:val="center"/>
          </w:tcPr>
          <w:p w:rsidR="00317FD4" w:rsidRDefault="00317FD4">
            <w:pPr>
              <w:spacing w:after="0"/>
              <w:rPr>
                <w:rFonts w:asciiTheme="majorHAnsi" w:hAnsiTheme="majorHAnsi" w:cstheme="majorHAnsi"/>
              </w:rPr>
            </w:pPr>
          </w:p>
          <w:p w:rsidR="00D7329A" w:rsidRPr="00D7329A" w:rsidRDefault="00D7329A">
            <w:pPr>
              <w:spacing w:after="0"/>
              <w:rPr>
                <w:rFonts w:asciiTheme="majorHAnsi" w:hAnsiTheme="majorHAnsi" w:cstheme="majorHAnsi"/>
              </w:rPr>
            </w:pPr>
          </w:p>
        </w:tc>
        <w:tc>
          <w:tcPr>
            <w:tcW w:w="1944"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1512"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1800"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648" w:type="dxa"/>
            <w:tcMar>
              <w:top w:w="115" w:type="dxa"/>
              <w:left w:w="70" w:type="dxa"/>
              <w:bottom w:w="115" w:type="dxa"/>
              <w:right w:w="70" w:type="dxa"/>
            </w:tcMar>
            <w:vAlign w:val="center"/>
          </w:tcPr>
          <w:p w:rsidR="00317FD4" w:rsidRPr="00D7329A" w:rsidRDefault="00000000">
            <w:pPr>
              <w:spacing w:after="0"/>
              <w:jc w:val="center"/>
              <w:rPr>
                <w:rFonts w:asciiTheme="majorHAnsi" w:hAnsiTheme="majorHAnsi" w:cstheme="majorHAnsi"/>
              </w:rPr>
            </w:pPr>
            <w:r w:rsidRPr="00D7329A">
              <w:rPr>
                <w:rFonts w:ascii="Segoe UI Symbol" w:hAnsi="Segoe UI Symbol" w:cs="Segoe UI Symbol"/>
                <w:sz w:val="22"/>
              </w:rPr>
              <w:t>☐</w:t>
            </w:r>
          </w:p>
        </w:tc>
      </w:tr>
      <w:tr w:rsidR="00317FD4" w:rsidRPr="00D7329A" w:rsidTr="00D7329A">
        <w:trPr>
          <w:jc w:val="center"/>
        </w:trPr>
        <w:tc>
          <w:tcPr>
            <w:tcW w:w="4392" w:type="dxa"/>
            <w:tcMar>
              <w:top w:w="115" w:type="dxa"/>
              <w:left w:w="70" w:type="dxa"/>
              <w:bottom w:w="115" w:type="dxa"/>
              <w:right w:w="70" w:type="dxa"/>
            </w:tcMar>
            <w:vAlign w:val="center"/>
          </w:tcPr>
          <w:p w:rsidR="00317FD4" w:rsidRDefault="00317FD4">
            <w:pPr>
              <w:spacing w:after="0"/>
              <w:rPr>
                <w:rFonts w:asciiTheme="majorHAnsi" w:hAnsiTheme="majorHAnsi" w:cstheme="majorHAnsi"/>
              </w:rPr>
            </w:pPr>
          </w:p>
          <w:p w:rsidR="00D7329A" w:rsidRPr="00D7329A" w:rsidRDefault="00D7329A">
            <w:pPr>
              <w:spacing w:after="0"/>
              <w:rPr>
                <w:rFonts w:asciiTheme="majorHAnsi" w:hAnsiTheme="majorHAnsi" w:cstheme="majorHAnsi"/>
              </w:rPr>
            </w:pPr>
          </w:p>
        </w:tc>
        <w:tc>
          <w:tcPr>
            <w:tcW w:w="1944"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1512"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1800"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648" w:type="dxa"/>
            <w:tcMar>
              <w:top w:w="115" w:type="dxa"/>
              <w:left w:w="70" w:type="dxa"/>
              <w:bottom w:w="115" w:type="dxa"/>
              <w:right w:w="70" w:type="dxa"/>
            </w:tcMar>
            <w:vAlign w:val="center"/>
          </w:tcPr>
          <w:p w:rsidR="00317FD4" w:rsidRPr="00D7329A" w:rsidRDefault="00000000">
            <w:pPr>
              <w:spacing w:after="0"/>
              <w:jc w:val="center"/>
              <w:rPr>
                <w:rFonts w:asciiTheme="majorHAnsi" w:hAnsiTheme="majorHAnsi" w:cstheme="majorHAnsi"/>
              </w:rPr>
            </w:pPr>
            <w:r w:rsidRPr="00D7329A">
              <w:rPr>
                <w:rFonts w:ascii="Segoe UI Symbol" w:hAnsi="Segoe UI Symbol" w:cs="Segoe UI Symbol"/>
                <w:sz w:val="22"/>
              </w:rPr>
              <w:t>☐</w:t>
            </w:r>
          </w:p>
        </w:tc>
      </w:tr>
      <w:tr w:rsidR="00317FD4" w:rsidRPr="00D7329A" w:rsidTr="00D7329A">
        <w:trPr>
          <w:jc w:val="center"/>
        </w:trPr>
        <w:tc>
          <w:tcPr>
            <w:tcW w:w="4392" w:type="dxa"/>
            <w:tcMar>
              <w:top w:w="115" w:type="dxa"/>
              <w:left w:w="70" w:type="dxa"/>
              <w:bottom w:w="115" w:type="dxa"/>
              <w:right w:w="70" w:type="dxa"/>
            </w:tcMar>
            <w:vAlign w:val="center"/>
          </w:tcPr>
          <w:p w:rsidR="00317FD4" w:rsidRDefault="00317FD4">
            <w:pPr>
              <w:spacing w:after="0"/>
              <w:rPr>
                <w:rFonts w:asciiTheme="majorHAnsi" w:hAnsiTheme="majorHAnsi" w:cstheme="majorHAnsi"/>
              </w:rPr>
            </w:pPr>
          </w:p>
          <w:p w:rsidR="00D7329A" w:rsidRPr="00D7329A" w:rsidRDefault="00D7329A">
            <w:pPr>
              <w:spacing w:after="0"/>
              <w:rPr>
                <w:rFonts w:asciiTheme="majorHAnsi" w:hAnsiTheme="majorHAnsi" w:cstheme="majorHAnsi"/>
              </w:rPr>
            </w:pPr>
          </w:p>
        </w:tc>
        <w:tc>
          <w:tcPr>
            <w:tcW w:w="1944"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1512"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1800"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648" w:type="dxa"/>
            <w:tcMar>
              <w:top w:w="115" w:type="dxa"/>
              <w:left w:w="70" w:type="dxa"/>
              <w:bottom w:w="115" w:type="dxa"/>
              <w:right w:w="70" w:type="dxa"/>
            </w:tcMar>
            <w:vAlign w:val="center"/>
          </w:tcPr>
          <w:p w:rsidR="00317FD4" w:rsidRPr="00D7329A" w:rsidRDefault="00000000">
            <w:pPr>
              <w:spacing w:after="0"/>
              <w:jc w:val="center"/>
              <w:rPr>
                <w:rFonts w:asciiTheme="majorHAnsi" w:hAnsiTheme="majorHAnsi" w:cstheme="majorHAnsi"/>
              </w:rPr>
            </w:pPr>
            <w:r w:rsidRPr="00D7329A">
              <w:rPr>
                <w:rFonts w:ascii="Segoe UI Symbol" w:hAnsi="Segoe UI Symbol" w:cs="Segoe UI Symbol"/>
                <w:sz w:val="22"/>
              </w:rPr>
              <w:t>☐</w:t>
            </w:r>
          </w:p>
        </w:tc>
      </w:tr>
      <w:tr w:rsidR="00317FD4" w:rsidRPr="00D7329A" w:rsidTr="00D7329A">
        <w:trPr>
          <w:jc w:val="center"/>
        </w:trPr>
        <w:tc>
          <w:tcPr>
            <w:tcW w:w="4392" w:type="dxa"/>
            <w:tcMar>
              <w:top w:w="115" w:type="dxa"/>
              <w:left w:w="70" w:type="dxa"/>
              <w:bottom w:w="115" w:type="dxa"/>
              <w:right w:w="70" w:type="dxa"/>
            </w:tcMar>
            <w:vAlign w:val="center"/>
          </w:tcPr>
          <w:p w:rsidR="00317FD4" w:rsidRDefault="00317FD4">
            <w:pPr>
              <w:spacing w:after="0"/>
              <w:rPr>
                <w:rFonts w:asciiTheme="majorHAnsi" w:hAnsiTheme="majorHAnsi" w:cstheme="majorHAnsi"/>
              </w:rPr>
            </w:pPr>
          </w:p>
          <w:p w:rsidR="00D7329A" w:rsidRPr="00D7329A" w:rsidRDefault="00D7329A">
            <w:pPr>
              <w:spacing w:after="0"/>
              <w:rPr>
                <w:rFonts w:asciiTheme="majorHAnsi" w:hAnsiTheme="majorHAnsi" w:cstheme="majorHAnsi"/>
              </w:rPr>
            </w:pPr>
          </w:p>
        </w:tc>
        <w:tc>
          <w:tcPr>
            <w:tcW w:w="1944"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1512"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1800" w:type="dxa"/>
            <w:tcMar>
              <w:top w:w="115" w:type="dxa"/>
              <w:left w:w="70" w:type="dxa"/>
              <w:bottom w:w="115" w:type="dxa"/>
              <w:right w:w="70" w:type="dxa"/>
            </w:tcMar>
            <w:vAlign w:val="center"/>
          </w:tcPr>
          <w:p w:rsidR="00317FD4" w:rsidRPr="00D7329A" w:rsidRDefault="00317FD4">
            <w:pPr>
              <w:spacing w:after="0"/>
              <w:rPr>
                <w:rFonts w:asciiTheme="majorHAnsi" w:hAnsiTheme="majorHAnsi" w:cstheme="majorHAnsi"/>
              </w:rPr>
            </w:pPr>
          </w:p>
        </w:tc>
        <w:tc>
          <w:tcPr>
            <w:tcW w:w="648" w:type="dxa"/>
            <w:tcMar>
              <w:top w:w="115" w:type="dxa"/>
              <w:left w:w="70" w:type="dxa"/>
              <w:bottom w:w="115" w:type="dxa"/>
              <w:right w:w="70" w:type="dxa"/>
            </w:tcMar>
            <w:vAlign w:val="center"/>
          </w:tcPr>
          <w:p w:rsidR="00317FD4" w:rsidRPr="00D7329A" w:rsidRDefault="00000000">
            <w:pPr>
              <w:spacing w:after="0"/>
              <w:jc w:val="center"/>
              <w:rPr>
                <w:rFonts w:asciiTheme="majorHAnsi" w:hAnsiTheme="majorHAnsi" w:cstheme="majorHAnsi"/>
              </w:rPr>
            </w:pPr>
            <w:r w:rsidRPr="00D7329A">
              <w:rPr>
                <w:rFonts w:ascii="Segoe UI Symbol" w:hAnsi="Segoe UI Symbol" w:cs="Segoe UI Symbol"/>
                <w:sz w:val="22"/>
              </w:rPr>
              <w:t>☐</w:t>
            </w:r>
          </w:p>
        </w:tc>
      </w:tr>
    </w:tbl>
    <w:p w:rsidR="00317FD4" w:rsidRPr="00D7329A" w:rsidRDefault="00317FD4" w:rsidP="00D7329A">
      <w:pPr>
        <w:pStyle w:val="Heading2"/>
        <w:rPr>
          <w:rFonts w:cstheme="majorHAnsi"/>
        </w:rPr>
      </w:pPr>
    </w:p>
    <w:sectPr w:rsidR="00317FD4" w:rsidRPr="00D7329A" w:rsidSect="00034616">
      <w:headerReference w:type="even" r:id="rId8"/>
      <w:headerReference w:type="default" r:id="rId9"/>
      <w:footerReference w:type="even" r:id="rId10"/>
      <w:footerReference w:type="default" r:id="rId11"/>
      <w:headerReference w:type="first" r:id="rId12"/>
      <w:footerReference w:type="first" r:id="rId13"/>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15E1C" w:rsidRDefault="00015E1C">
      <w:pPr>
        <w:spacing w:after="0" w:line="240" w:lineRule="auto"/>
      </w:pPr>
      <w:r>
        <w:separator/>
      </w:r>
    </w:p>
  </w:endnote>
  <w:endnote w:type="continuationSeparator" w:id="0">
    <w:p w:rsidR="00015E1C" w:rsidRDefault="00015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44BF" w:rsidRDefault="00DF44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4794A" w:rsidRPr="00DF44BF" w:rsidRDefault="00DF44BF" w:rsidP="00DF44BF">
    <w:pPr>
      <w:pStyle w:val="isselectedend"/>
      <w:jc w:val="center"/>
      <w:rPr>
        <w:rFonts w:ascii="Arial" w:hAnsi="Arial" w:cs="Arial"/>
        <w:b/>
        <w:bCs/>
        <w:sz w:val="18"/>
        <w:szCs w:val="18"/>
      </w:rPr>
    </w:pPr>
    <w:r w:rsidRPr="00DF12CE">
      <w:rPr>
        <w:rStyle w:val="Strong"/>
        <w:rFonts w:ascii="Arial" w:hAnsi="Arial" w:cs="Arial"/>
        <w:b w:val="0"/>
        <w:bCs w:val="0"/>
        <w:sz w:val="18"/>
        <w:szCs w:val="18"/>
      </w:rPr>
      <w:t>whatnowafterloss.com</w:t>
    </w:r>
    <w:r>
      <w:rPr>
        <w:rStyle w:val="Strong"/>
        <w:rFonts w:ascii="Arial" w:hAnsi="Arial" w:cs="Arial"/>
        <w:b w:val="0"/>
        <w:bCs w:val="0"/>
        <w:sz w:val="18"/>
        <w:szCs w:val="18"/>
      </w:rPr>
      <w:t xml:space="preserve">: </w:t>
    </w:r>
    <w:r>
      <w:rPr>
        <w:rFonts w:ascii="Arial" w:hAnsi="Arial" w:cs="Arial"/>
        <w:sz w:val="18"/>
        <w:szCs w:val="18"/>
      </w:rPr>
      <w:t>c</w:t>
    </w:r>
    <w:r w:rsidRPr="00DF12CE">
      <w:rPr>
        <w:rFonts w:ascii="Arial" w:hAnsi="Arial" w:cs="Arial"/>
        <w:sz w:val="18"/>
        <w:szCs w:val="18"/>
      </w:rPr>
      <w:t>reated by Noreen Pickering for What Now After Loss, 2026</w:t>
    </w:r>
    <w:r w:rsidRPr="00DF12CE">
      <w:rPr>
        <w:rFonts w:ascii="Arial" w:hAnsi="Arial" w:cs="Arial"/>
        <w:sz w:val="18"/>
        <w:szCs w:val="18"/>
      </w:rPr>
      <w:br/>
      <w:t>Free to download and print for personal use.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44BF" w:rsidRDefault="00DF44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15E1C" w:rsidRDefault="00015E1C">
      <w:pPr>
        <w:spacing w:after="0" w:line="240" w:lineRule="auto"/>
      </w:pPr>
      <w:r>
        <w:separator/>
      </w:r>
    </w:p>
  </w:footnote>
  <w:footnote w:type="continuationSeparator" w:id="0">
    <w:p w:rsidR="00015E1C" w:rsidRDefault="00015E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44BF" w:rsidRDefault="00DF44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4794A" w:rsidRPr="004C4CF9" w:rsidRDefault="004C4CF9" w:rsidP="004C4CF9">
    <w:pPr>
      <w:pStyle w:val="Header"/>
      <w:jc w:val="right"/>
    </w:pPr>
    <w:r>
      <w:rPr>
        <w:noProof/>
      </w:rPr>
      <w:drawing>
        <wp:inline distT="0" distB="0" distL="0" distR="0" wp14:anchorId="275865E8" wp14:editId="054A3247">
          <wp:extent cx="859240" cy="668810"/>
          <wp:effectExtent l="0" t="0" r="4445" b="4445"/>
          <wp:docPr id="1911553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553972" name="Picture 1911553972"/>
                  <pic:cNvPicPr/>
                </pic:nvPicPr>
                <pic:blipFill>
                  <a:blip r:embed="rId1"/>
                  <a:stretch>
                    <a:fillRect/>
                  </a:stretch>
                </pic:blipFill>
                <pic:spPr>
                  <a:xfrm>
                    <a:off x="0" y="0"/>
                    <a:ext cx="898169" cy="69911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44BF" w:rsidRDefault="00DF44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15394247">
    <w:abstractNumId w:val="8"/>
  </w:num>
  <w:num w:numId="2" w16cid:durableId="1453943803">
    <w:abstractNumId w:val="6"/>
  </w:num>
  <w:num w:numId="3" w16cid:durableId="66852170">
    <w:abstractNumId w:val="5"/>
  </w:num>
  <w:num w:numId="4" w16cid:durableId="250162984">
    <w:abstractNumId w:val="4"/>
  </w:num>
  <w:num w:numId="5" w16cid:durableId="638613876">
    <w:abstractNumId w:val="7"/>
  </w:num>
  <w:num w:numId="6" w16cid:durableId="1453940383">
    <w:abstractNumId w:val="3"/>
  </w:num>
  <w:num w:numId="7" w16cid:durableId="282662819">
    <w:abstractNumId w:val="2"/>
  </w:num>
  <w:num w:numId="8" w16cid:durableId="1566142710">
    <w:abstractNumId w:val="1"/>
  </w:num>
  <w:num w:numId="9" w16cid:durableId="1360861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E1C"/>
    <w:rsid w:val="00034616"/>
    <w:rsid w:val="00034AE0"/>
    <w:rsid w:val="0006063C"/>
    <w:rsid w:val="0015074B"/>
    <w:rsid w:val="0029639D"/>
    <w:rsid w:val="00317FD4"/>
    <w:rsid w:val="00326F90"/>
    <w:rsid w:val="004C4CF9"/>
    <w:rsid w:val="0054794A"/>
    <w:rsid w:val="00583B5E"/>
    <w:rsid w:val="00AA12BA"/>
    <w:rsid w:val="00AA1D8D"/>
    <w:rsid w:val="00AA3AAF"/>
    <w:rsid w:val="00B47730"/>
    <w:rsid w:val="00CB0664"/>
    <w:rsid w:val="00D7329A"/>
    <w:rsid w:val="00DF44B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5A55B9"/>
  <w14:defaultImageDpi w14:val="300"/>
  <w15:docId w15:val="{9D2C4742-CFF3-AE45-9128-00D8EAE77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rial" w:hAnsi="Arial"/>
      <w:color w:val="202B35"/>
      <w:sz w:val="21"/>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6324F"/>
      <w:sz w:val="3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color w:val="087E8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contextualSpacing/>
    </w:pPr>
    <w:rPr>
      <w:rFonts w:asciiTheme="majorHAnsi" w:eastAsiaTheme="majorEastAsia" w:hAnsiTheme="majorHAnsi" w:cstheme="majorBidi"/>
      <w:b/>
      <w:color w:val="E4573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ourceIntro">
    <w:name w:val="Resource Intro"/>
    <w:pPr>
      <w:spacing w:after="160"/>
    </w:pPr>
    <w:rPr>
      <w:rFonts w:ascii="Arial" w:hAnsi="Arial"/>
      <w:b/>
      <w:color w:val="087E8B"/>
      <w:sz w:val="26"/>
    </w:rPr>
  </w:style>
  <w:style w:type="paragraph" w:customStyle="1" w:styleId="isselectedend">
    <w:name w:val="isselectedend"/>
    <w:basedOn w:val="Normal"/>
    <w:rsid w:val="00DF44BF"/>
    <w:pPr>
      <w:spacing w:before="100" w:beforeAutospacing="1" w:afterAutospacing="1" w:line="240" w:lineRule="auto"/>
    </w:pPr>
    <w:rPr>
      <w:rFonts w:ascii="Times New Roman" w:eastAsia="Times New Roman" w:hAnsi="Times New Roman" w:cs="Times New Roman"/>
      <w:color w:val="auto"/>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743</Words>
  <Characters>4558</Characters>
  <Application>Microsoft Office Word</Application>
  <DocSecurity>0</DocSecurity>
  <Lines>93</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Noreen Pickering</dc:creator>
  <cp:keywords/>
  <dc:description/>
  <cp:lastModifiedBy>Noreen Pickering</cp:lastModifiedBy>
  <cp:revision>2</cp:revision>
  <dcterms:created xsi:type="dcterms:W3CDTF">2026-09-07T15:28:00Z</dcterms:created>
  <dcterms:modified xsi:type="dcterms:W3CDTF">2026-09-07T15:28:00Z</dcterms:modified>
  <cp:category/>
</cp:coreProperties>
</file>