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E4FB4" w:rsidRPr="00335A3D" w:rsidRDefault="005E4FB4" w:rsidP="005E4FB4">
      <w:pPr>
        <w:pStyle w:val="Title"/>
        <w:jc w:val="center"/>
        <w:rPr>
          <w:rFonts w:cstheme="majorHAnsi"/>
          <w:color w:val="C93664"/>
        </w:rPr>
      </w:pPr>
      <w:r w:rsidRPr="00335A3D">
        <w:rPr>
          <w:rFonts w:cstheme="majorHAnsi"/>
          <w:color w:val="C93664"/>
        </w:rPr>
        <w:t>My Bereavement Note Book</w:t>
      </w:r>
    </w:p>
    <w:p w:rsidR="000F425E" w:rsidRPr="00335A3D" w:rsidRDefault="00000000">
      <w:pPr>
        <w:pStyle w:val="ResourceIntro"/>
        <w:rPr>
          <w:rFonts w:asciiTheme="majorHAnsi" w:hAnsiTheme="majorHAnsi" w:cstheme="majorHAnsi"/>
        </w:rPr>
      </w:pPr>
      <w:r w:rsidRPr="00335A3D">
        <w:rPr>
          <w:rFonts w:asciiTheme="majorHAnsi" w:hAnsiTheme="majorHAnsi" w:cstheme="majorHAnsi"/>
        </w:rPr>
        <w:t>For all the things your head simply isn't going to remember</w:t>
      </w:r>
    </w:p>
    <w:p w:rsidR="005E4FB4" w:rsidRPr="00335A3D" w:rsidRDefault="005E4FB4" w:rsidP="005E4FB4">
      <w:pPr>
        <w:shd w:val="clear" w:color="auto" w:fill="FFF4EF"/>
        <w:spacing w:before="90" w:after="90"/>
        <w:ind w:left="120" w:right="120"/>
        <w:rPr>
          <w:rFonts w:asciiTheme="majorHAnsi" w:hAnsiTheme="majorHAnsi" w:cstheme="majorHAnsi"/>
          <w:bCs/>
          <w:sz w:val="24"/>
          <w:szCs w:val="24"/>
        </w:rPr>
      </w:pPr>
      <w:r w:rsidRPr="00335A3D">
        <w:rPr>
          <w:rFonts w:asciiTheme="majorHAnsi" w:hAnsiTheme="majorHAnsi" w:cstheme="majorHAnsi"/>
          <w:bCs/>
          <w:sz w:val="24"/>
          <w:szCs w:val="24"/>
        </w:rPr>
        <w:t>M</w:t>
      </w:r>
      <w:r w:rsidR="00000000" w:rsidRPr="00335A3D">
        <w:rPr>
          <w:rFonts w:asciiTheme="majorHAnsi" w:hAnsiTheme="majorHAnsi" w:cstheme="majorHAnsi"/>
          <w:bCs/>
          <w:sz w:val="24"/>
          <w:szCs w:val="24"/>
        </w:rPr>
        <w:t xml:space="preserve">y advice is: </w:t>
      </w:r>
      <w:r w:rsidRPr="00335A3D">
        <w:rPr>
          <w:rFonts w:asciiTheme="majorHAnsi" w:hAnsiTheme="majorHAnsi" w:cstheme="majorHAnsi"/>
          <w:bCs/>
          <w:sz w:val="24"/>
          <w:szCs w:val="24"/>
        </w:rPr>
        <w:t>get an ordinary folder and a packet of clear punched pockets. I have made each page so that you can print out multiple copies. Remember to date things- so that you can check back as to when you contacted organisations or people.</w:t>
      </w:r>
    </w:p>
    <w:p w:rsidR="005E4FB4" w:rsidRPr="00335A3D" w:rsidRDefault="005E4FB4">
      <w:pPr>
        <w:pStyle w:val="Heading1"/>
        <w:rPr>
          <w:rFonts w:cstheme="majorHAnsi"/>
        </w:rPr>
      </w:pPr>
    </w:p>
    <w:p w:rsidR="000F425E" w:rsidRPr="00335A3D" w:rsidRDefault="00000000">
      <w:pPr>
        <w:pStyle w:val="Heading1"/>
        <w:rPr>
          <w:rFonts w:cstheme="majorHAnsi"/>
        </w:rPr>
      </w:pPr>
      <w:r w:rsidRPr="00335A3D">
        <w:rPr>
          <w:rFonts w:cstheme="majorHAnsi"/>
        </w:rPr>
        <w:t>What Actually Needs Done Next?</w:t>
      </w:r>
    </w:p>
    <w:p w:rsidR="000F425E" w:rsidRPr="00335A3D" w:rsidRDefault="00000000">
      <w:pPr>
        <w:rPr>
          <w:rFonts w:asciiTheme="majorHAnsi" w:hAnsiTheme="majorHAnsi" w:cstheme="majorHAnsi"/>
        </w:rPr>
      </w:pPr>
      <w:r w:rsidRPr="00335A3D">
        <w:rPr>
          <w:rFonts w:asciiTheme="majorHAnsi" w:hAnsiTheme="majorHAnsi" w:cstheme="majorHAnsi"/>
        </w:rPr>
        <w:t>Don't start by trying to sort out everything. What are the few things that actually need your attention now?</w:t>
      </w:r>
    </w:p>
    <w:p w:rsidR="005E4FB4" w:rsidRPr="00335A3D" w:rsidRDefault="005E4FB4">
      <w:pPr>
        <w:spacing w:after="180"/>
        <w:rPr>
          <w:rFonts w:asciiTheme="majorHAnsi" w:hAnsiTheme="majorHAnsi" w:cstheme="majorHAnsi"/>
          <w:b/>
        </w:rPr>
      </w:pPr>
    </w:p>
    <w:p w:rsidR="005E4FB4" w:rsidRPr="00335A3D" w:rsidRDefault="005E4FB4">
      <w:pPr>
        <w:spacing w:after="180"/>
        <w:rPr>
          <w:rFonts w:asciiTheme="majorHAnsi" w:hAnsiTheme="majorHAnsi" w:cstheme="majorHAnsi"/>
          <w:b/>
        </w:rPr>
      </w:pPr>
    </w:p>
    <w:p w:rsidR="000F425E" w:rsidRPr="00335A3D" w:rsidRDefault="00000000">
      <w:pPr>
        <w:spacing w:after="180"/>
        <w:rPr>
          <w:rFonts w:asciiTheme="majorHAnsi" w:hAnsiTheme="majorHAnsi" w:cstheme="majorHAnsi"/>
        </w:rPr>
      </w:pPr>
      <w:r w:rsidRPr="00335A3D">
        <w:rPr>
          <w:rFonts w:asciiTheme="majorHAnsi" w:hAnsiTheme="majorHAnsi" w:cstheme="majorHAnsi"/>
          <w:b/>
        </w:rPr>
        <w:t xml:space="preserve">1. </w:t>
      </w:r>
      <w:r w:rsidRPr="00335A3D">
        <w:rPr>
          <w:rFonts w:asciiTheme="majorHAnsi" w:hAnsiTheme="majorHAnsi" w:cstheme="majorHAnsi"/>
        </w:rPr>
        <w:t>______________________________________________________________________</w:t>
      </w:r>
    </w:p>
    <w:p w:rsidR="005E4FB4" w:rsidRPr="00335A3D" w:rsidRDefault="005E4FB4">
      <w:pPr>
        <w:spacing w:after="180"/>
        <w:rPr>
          <w:rFonts w:asciiTheme="majorHAnsi" w:hAnsiTheme="majorHAnsi" w:cstheme="majorHAnsi"/>
          <w:b/>
        </w:rPr>
      </w:pPr>
    </w:p>
    <w:p w:rsidR="005E4FB4" w:rsidRPr="00335A3D" w:rsidRDefault="005E4FB4">
      <w:pPr>
        <w:spacing w:after="180"/>
        <w:rPr>
          <w:rFonts w:asciiTheme="majorHAnsi" w:hAnsiTheme="majorHAnsi" w:cstheme="majorHAnsi"/>
          <w:b/>
        </w:rPr>
      </w:pPr>
    </w:p>
    <w:p w:rsidR="000F425E" w:rsidRPr="00335A3D" w:rsidRDefault="00000000">
      <w:pPr>
        <w:spacing w:after="180"/>
        <w:rPr>
          <w:rFonts w:asciiTheme="majorHAnsi" w:hAnsiTheme="majorHAnsi" w:cstheme="majorHAnsi"/>
        </w:rPr>
      </w:pPr>
      <w:r w:rsidRPr="00335A3D">
        <w:rPr>
          <w:rFonts w:asciiTheme="majorHAnsi" w:hAnsiTheme="majorHAnsi" w:cstheme="majorHAnsi"/>
          <w:b/>
        </w:rPr>
        <w:t xml:space="preserve">2. </w:t>
      </w:r>
      <w:r w:rsidRPr="00335A3D">
        <w:rPr>
          <w:rFonts w:asciiTheme="majorHAnsi" w:hAnsiTheme="majorHAnsi" w:cstheme="majorHAnsi"/>
        </w:rPr>
        <w:t>______________________________________________________________________</w:t>
      </w:r>
    </w:p>
    <w:p w:rsidR="005E4FB4" w:rsidRPr="00335A3D" w:rsidRDefault="005E4FB4">
      <w:pPr>
        <w:spacing w:after="180"/>
        <w:rPr>
          <w:rFonts w:asciiTheme="majorHAnsi" w:hAnsiTheme="majorHAnsi" w:cstheme="majorHAnsi"/>
          <w:b/>
        </w:rPr>
      </w:pPr>
    </w:p>
    <w:p w:rsidR="005E4FB4" w:rsidRPr="00335A3D" w:rsidRDefault="005E4FB4">
      <w:pPr>
        <w:spacing w:after="180"/>
        <w:rPr>
          <w:rFonts w:asciiTheme="majorHAnsi" w:hAnsiTheme="majorHAnsi" w:cstheme="majorHAnsi"/>
          <w:b/>
        </w:rPr>
      </w:pPr>
    </w:p>
    <w:p w:rsidR="000F425E" w:rsidRPr="00335A3D" w:rsidRDefault="00000000">
      <w:pPr>
        <w:spacing w:after="180"/>
        <w:rPr>
          <w:rFonts w:asciiTheme="majorHAnsi" w:hAnsiTheme="majorHAnsi" w:cstheme="majorHAnsi"/>
        </w:rPr>
      </w:pPr>
      <w:r w:rsidRPr="00335A3D">
        <w:rPr>
          <w:rFonts w:asciiTheme="majorHAnsi" w:hAnsiTheme="majorHAnsi" w:cstheme="majorHAnsi"/>
          <w:b/>
        </w:rPr>
        <w:t xml:space="preserve">3. </w:t>
      </w:r>
      <w:r w:rsidRPr="00335A3D">
        <w:rPr>
          <w:rFonts w:asciiTheme="majorHAnsi" w:hAnsiTheme="majorHAnsi" w:cstheme="majorHAnsi"/>
        </w:rPr>
        <w:t>______________________________________________________________________</w:t>
      </w:r>
    </w:p>
    <w:p w:rsidR="005E4FB4" w:rsidRPr="00335A3D" w:rsidRDefault="005E4FB4">
      <w:pPr>
        <w:spacing w:after="180"/>
        <w:rPr>
          <w:rFonts w:asciiTheme="majorHAnsi" w:hAnsiTheme="majorHAnsi" w:cstheme="majorHAnsi"/>
          <w:b/>
        </w:rPr>
      </w:pPr>
    </w:p>
    <w:p w:rsidR="005E4FB4" w:rsidRPr="00335A3D" w:rsidRDefault="005E4FB4">
      <w:pPr>
        <w:spacing w:after="180"/>
        <w:rPr>
          <w:rFonts w:asciiTheme="majorHAnsi" w:hAnsiTheme="majorHAnsi" w:cstheme="majorHAnsi"/>
          <w:b/>
        </w:rPr>
      </w:pPr>
    </w:p>
    <w:p w:rsidR="000F425E" w:rsidRPr="00335A3D" w:rsidRDefault="00000000">
      <w:pPr>
        <w:spacing w:after="180"/>
        <w:rPr>
          <w:rFonts w:asciiTheme="majorHAnsi" w:hAnsiTheme="majorHAnsi" w:cstheme="majorHAnsi"/>
        </w:rPr>
      </w:pPr>
      <w:r w:rsidRPr="00335A3D">
        <w:rPr>
          <w:rFonts w:asciiTheme="majorHAnsi" w:hAnsiTheme="majorHAnsi" w:cstheme="majorHAnsi"/>
          <w:b/>
        </w:rPr>
        <w:t xml:space="preserve">4. </w:t>
      </w:r>
      <w:r w:rsidRPr="00335A3D">
        <w:rPr>
          <w:rFonts w:asciiTheme="majorHAnsi" w:hAnsiTheme="majorHAnsi" w:cstheme="majorHAnsi"/>
        </w:rPr>
        <w:t>______________________________________________________________________</w:t>
      </w:r>
    </w:p>
    <w:p w:rsidR="005E4FB4" w:rsidRPr="00335A3D" w:rsidRDefault="005E4FB4">
      <w:pPr>
        <w:spacing w:after="180"/>
        <w:rPr>
          <w:rFonts w:asciiTheme="majorHAnsi" w:hAnsiTheme="majorHAnsi" w:cstheme="majorHAnsi"/>
          <w:b/>
        </w:rPr>
      </w:pPr>
    </w:p>
    <w:p w:rsidR="005E4FB4" w:rsidRPr="00335A3D" w:rsidRDefault="005E4FB4">
      <w:pPr>
        <w:spacing w:after="180"/>
        <w:rPr>
          <w:rFonts w:asciiTheme="majorHAnsi" w:hAnsiTheme="majorHAnsi" w:cstheme="majorHAnsi"/>
          <w:b/>
        </w:rPr>
      </w:pPr>
    </w:p>
    <w:p w:rsidR="000F425E" w:rsidRPr="00335A3D" w:rsidRDefault="00000000">
      <w:pPr>
        <w:spacing w:after="180"/>
        <w:rPr>
          <w:rFonts w:asciiTheme="majorHAnsi" w:hAnsiTheme="majorHAnsi" w:cstheme="majorHAnsi"/>
        </w:rPr>
      </w:pPr>
      <w:r w:rsidRPr="00335A3D">
        <w:rPr>
          <w:rFonts w:asciiTheme="majorHAnsi" w:hAnsiTheme="majorHAnsi" w:cstheme="majorHAnsi"/>
          <w:b/>
        </w:rPr>
        <w:t xml:space="preserve">5. </w:t>
      </w:r>
      <w:r w:rsidRPr="00335A3D">
        <w:rPr>
          <w:rFonts w:asciiTheme="majorHAnsi" w:hAnsiTheme="majorHAnsi" w:cstheme="majorHAnsi"/>
        </w:rPr>
        <w:t>______________________________________________________________________</w:t>
      </w:r>
    </w:p>
    <w:p w:rsidR="000F425E" w:rsidRPr="00335A3D" w:rsidRDefault="00000000">
      <w:pPr>
        <w:rPr>
          <w:rFonts w:asciiTheme="majorHAnsi" w:hAnsiTheme="majorHAnsi" w:cstheme="majorHAnsi"/>
        </w:rPr>
      </w:pPr>
      <w:r w:rsidRPr="00335A3D">
        <w:rPr>
          <w:rFonts w:asciiTheme="majorHAnsi" w:hAnsiTheme="majorHAnsi" w:cstheme="majorHAnsi"/>
        </w:rPr>
        <w:br w:type="page"/>
      </w:r>
    </w:p>
    <w:p w:rsidR="000F425E" w:rsidRPr="00335A3D" w:rsidRDefault="00000000">
      <w:pPr>
        <w:pStyle w:val="Heading1"/>
        <w:rPr>
          <w:rFonts w:cstheme="majorHAnsi"/>
        </w:rPr>
      </w:pPr>
      <w:r w:rsidRPr="00335A3D">
        <w:rPr>
          <w:rFonts w:cstheme="majorHAnsi"/>
        </w:rPr>
        <w:lastRenderedPageBreak/>
        <w:t>Important Contact</w:t>
      </w:r>
    </w:p>
    <w:p w:rsidR="000F425E" w:rsidRPr="00335A3D" w:rsidRDefault="00000000">
      <w:pPr>
        <w:rPr>
          <w:rFonts w:asciiTheme="majorHAnsi" w:hAnsiTheme="majorHAnsi" w:cstheme="majorHAnsi"/>
        </w:rPr>
      </w:pPr>
      <w:r w:rsidRPr="00335A3D">
        <w:rPr>
          <w:rFonts w:asciiTheme="majorHAnsi" w:hAnsiTheme="majorHAnsi" w:cstheme="majorHAnsi"/>
        </w:rPr>
        <w:t>The people or organisations I'm dealing with most often.</w:t>
      </w:r>
    </w:p>
    <w:p w:rsidR="000F425E" w:rsidRPr="00335A3D" w:rsidRDefault="00000000">
      <w:pPr>
        <w:pStyle w:val="Heading2"/>
        <w:rPr>
          <w:rFonts w:cstheme="majorHAnsi"/>
        </w:rPr>
      </w:pPr>
      <w:r w:rsidRPr="00335A3D">
        <w:rPr>
          <w:rFonts w:cstheme="majorHAnsi"/>
        </w:rPr>
        <w:t>Contact</w:t>
      </w:r>
    </w:p>
    <w:p w:rsidR="005E4FB4" w:rsidRPr="00335A3D" w:rsidRDefault="00000000">
      <w:pPr>
        <w:spacing w:after="120"/>
        <w:rPr>
          <w:rFonts w:asciiTheme="majorHAnsi" w:hAnsiTheme="majorHAnsi" w:cstheme="majorHAnsi"/>
          <w:b/>
        </w:rPr>
      </w:pPr>
      <w:r w:rsidRPr="00335A3D">
        <w:rPr>
          <w:rFonts w:asciiTheme="majorHAnsi" w:hAnsiTheme="majorHAnsi" w:cstheme="majorHAnsi"/>
          <w:b/>
        </w:rPr>
        <w:t xml:space="preserve">Person / organisation: </w:t>
      </w:r>
    </w:p>
    <w:p w:rsidR="000F425E" w:rsidRPr="00335A3D" w:rsidRDefault="00000000">
      <w:pPr>
        <w:spacing w:after="120"/>
        <w:rPr>
          <w:rFonts w:asciiTheme="majorHAnsi" w:hAnsiTheme="majorHAnsi" w:cstheme="majorHAnsi"/>
        </w:rPr>
      </w:pPr>
      <w:r w:rsidRPr="00335A3D">
        <w:rPr>
          <w:rFonts w:asciiTheme="majorHAnsi" w:hAnsiTheme="majorHAnsi" w:cstheme="majorHAnsi"/>
        </w:rPr>
        <w:t>____________________________________________________________________</w:t>
      </w:r>
    </w:p>
    <w:p w:rsidR="005E4FB4" w:rsidRPr="00335A3D" w:rsidRDefault="00000000">
      <w:pPr>
        <w:spacing w:after="120"/>
        <w:rPr>
          <w:rFonts w:asciiTheme="majorHAnsi" w:hAnsiTheme="majorHAnsi" w:cstheme="majorHAnsi"/>
          <w:b/>
        </w:rPr>
      </w:pPr>
      <w:r w:rsidRPr="00335A3D">
        <w:rPr>
          <w:rFonts w:asciiTheme="majorHAnsi" w:hAnsiTheme="majorHAnsi" w:cstheme="majorHAnsi"/>
          <w:b/>
        </w:rPr>
        <w:t xml:space="preserve">What are they dealing with? </w:t>
      </w:r>
    </w:p>
    <w:p w:rsidR="000F425E" w:rsidRPr="00335A3D" w:rsidRDefault="00000000">
      <w:pPr>
        <w:spacing w:after="120"/>
        <w:rPr>
          <w:rFonts w:asciiTheme="majorHAnsi" w:hAnsiTheme="majorHAnsi" w:cstheme="majorHAnsi"/>
        </w:rPr>
      </w:pPr>
      <w:r w:rsidRPr="00335A3D">
        <w:rPr>
          <w:rFonts w:asciiTheme="majorHAnsi" w:hAnsiTheme="majorHAnsi" w:cstheme="majorHAnsi"/>
        </w:rPr>
        <w:t>____________________________________________________________________</w:t>
      </w:r>
    </w:p>
    <w:p w:rsidR="005E4FB4" w:rsidRPr="00335A3D" w:rsidRDefault="00000000">
      <w:pPr>
        <w:spacing w:after="120"/>
        <w:rPr>
          <w:rFonts w:asciiTheme="majorHAnsi" w:hAnsiTheme="majorHAnsi" w:cstheme="majorHAnsi"/>
          <w:b/>
        </w:rPr>
      </w:pPr>
      <w:r w:rsidRPr="00335A3D">
        <w:rPr>
          <w:rFonts w:asciiTheme="majorHAnsi" w:hAnsiTheme="majorHAnsi" w:cstheme="majorHAnsi"/>
          <w:b/>
        </w:rPr>
        <w:t xml:space="preserve">Person I'm speaking to: </w:t>
      </w:r>
    </w:p>
    <w:p w:rsidR="000F425E" w:rsidRPr="00335A3D" w:rsidRDefault="00000000">
      <w:pPr>
        <w:spacing w:after="120"/>
        <w:rPr>
          <w:rFonts w:asciiTheme="majorHAnsi" w:hAnsiTheme="majorHAnsi" w:cstheme="majorHAnsi"/>
        </w:rPr>
      </w:pPr>
      <w:r w:rsidRPr="00335A3D">
        <w:rPr>
          <w:rFonts w:asciiTheme="majorHAnsi" w:hAnsiTheme="majorHAnsi" w:cstheme="majorHAnsi"/>
        </w:rPr>
        <w:t>____________________________________________________________________</w:t>
      </w:r>
    </w:p>
    <w:p w:rsidR="005E4FB4" w:rsidRPr="00335A3D" w:rsidRDefault="005E4FB4">
      <w:pPr>
        <w:spacing w:after="120"/>
        <w:rPr>
          <w:rFonts w:asciiTheme="majorHAnsi" w:hAnsiTheme="majorHAnsi" w:cstheme="majorHAnsi"/>
          <w:b/>
        </w:rPr>
      </w:pPr>
    </w:p>
    <w:p w:rsidR="000F425E" w:rsidRPr="00335A3D" w:rsidRDefault="00000000">
      <w:pPr>
        <w:spacing w:after="120"/>
        <w:rPr>
          <w:rFonts w:asciiTheme="majorHAnsi" w:hAnsiTheme="majorHAnsi" w:cstheme="majorHAnsi"/>
        </w:rPr>
      </w:pPr>
      <w:r w:rsidRPr="00335A3D">
        <w:rPr>
          <w:rFonts w:asciiTheme="majorHAnsi" w:hAnsiTheme="majorHAnsi" w:cstheme="majorHAnsi"/>
          <w:b/>
        </w:rPr>
        <w:t xml:space="preserve">Phone: </w:t>
      </w:r>
      <w:r w:rsidRPr="00335A3D">
        <w:rPr>
          <w:rFonts w:asciiTheme="majorHAnsi" w:hAnsiTheme="majorHAnsi" w:cstheme="majorHAnsi"/>
        </w:rPr>
        <w:t>____________________________________________________________________</w:t>
      </w:r>
    </w:p>
    <w:p w:rsidR="005E4FB4" w:rsidRPr="00335A3D" w:rsidRDefault="005E4FB4">
      <w:pPr>
        <w:spacing w:after="120"/>
        <w:rPr>
          <w:rFonts w:asciiTheme="majorHAnsi" w:hAnsiTheme="majorHAnsi" w:cstheme="majorHAnsi"/>
          <w:b/>
        </w:rPr>
      </w:pPr>
    </w:p>
    <w:p w:rsidR="000F425E" w:rsidRPr="00335A3D" w:rsidRDefault="00000000">
      <w:pPr>
        <w:spacing w:after="120"/>
        <w:rPr>
          <w:rFonts w:asciiTheme="majorHAnsi" w:hAnsiTheme="majorHAnsi" w:cstheme="majorHAnsi"/>
        </w:rPr>
      </w:pPr>
      <w:r w:rsidRPr="00335A3D">
        <w:rPr>
          <w:rFonts w:asciiTheme="majorHAnsi" w:hAnsiTheme="majorHAnsi" w:cstheme="majorHAnsi"/>
          <w:b/>
        </w:rPr>
        <w:t xml:space="preserve">Email: </w:t>
      </w:r>
      <w:r w:rsidRPr="00335A3D">
        <w:rPr>
          <w:rFonts w:asciiTheme="majorHAnsi" w:hAnsiTheme="majorHAnsi" w:cstheme="majorHAnsi"/>
        </w:rPr>
        <w:t>____________________________________________________________________</w:t>
      </w:r>
    </w:p>
    <w:p w:rsidR="005E4FB4" w:rsidRPr="00335A3D" w:rsidRDefault="005E4FB4">
      <w:pPr>
        <w:spacing w:after="120"/>
        <w:rPr>
          <w:rFonts w:asciiTheme="majorHAnsi" w:hAnsiTheme="majorHAnsi" w:cstheme="majorHAnsi"/>
          <w:b/>
        </w:rPr>
      </w:pPr>
    </w:p>
    <w:p w:rsidR="000F425E" w:rsidRPr="00335A3D" w:rsidRDefault="00000000">
      <w:pPr>
        <w:spacing w:after="120"/>
        <w:rPr>
          <w:rFonts w:asciiTheme="majorHAnsi" w:hAnsiTheme="majorHAnsi" w:cstheme="majorHAnsi"/>
        </w:rPr>
      </w:pPr>
      <w:r w:rsidRPr="00335A3D">
        <w:rPr>
          <w:rFonts w:asciiTheme="majorHAnsi" w:hAnsiTheme="majorHAnsi" w:cstheme="majorHAnsi"/>
          <w:b/>
        </w:rPr>
        <w:t xml:space="preserve">Reference / case number: </w:t>
      </w:r>
      <w:r w:rsidRPr="00335A3D">
        <w:rPr>
          <w:rFonts w:asciiTheme="majorHAnsi" w:hAnsiTheme="majorHAnsi" w:cstheme="majorHAnsi"/>
        </w:rPr>
        <w:t>____________________________________________________________________</w:t>
      </w:r>
    </w:p>
    <w:p w:rsidR="005E4FB4" w:rsidRPr="00335A3D" w:rsidRDefault="005E4FB4">
      <w:pPr>
        <w:pStyle w:val="Heading1"/>
        <w:rPr>
          <w:rFonts w:cstheme="majorHAnsi"/>
        </w:rPr>
      </w:pPr>
    </w:p>
    <w:p w:rsidR="000F425E" w:rsidRPr="00335A3D" w:rsidRDefault="00000000">
      <w:pPr>
        <w:pStyle w:val="Heading1"/>
        <w:rPr>
          <w:rFonts w:cstheme="majorHAnsi"/>
        </w:rPr>
      </w:pPr>
      <w:r w:rsidRPr="00335A3D">
        <w:rPr>
          <w:rFonts w:cstheme="majorHAnsi"/>
        </w:rPr>
        <w:t>Who Did I Speak To?</w:t>
      </w:r>
    </w:p>
    <w:p w:rsidR="000F425E" w:rsidRPr="00335A3D" w:rsidRDefault="00000000">
      <w:pPr>
        <w:rPr>
          <w:rFonts w:asciiTheme="majorHAnsi" w:hAnsiTheme="majorHAnsi" w:cstheme="majorHAnsi"/>
        </w:rPr>
      </w:pPr>
      <w:r w:rsidRPr="00335A3D">
        <w:rPr>
          <w:rFonts w:asciiTheme="majorHAnsi" w:hAnsiTheme="majorHAnsi" w:cstheme="majorHAnsi"/>
        </w:rPr>
        <w:t>Use this page for an important phone call, email, appointment or conversation.</w:t>
      </w:r>
    </w:p>
    <w:p w:rsidR="000F425E" w:rsidRPr="00335A3D" w:rsidRDefault="00000000">
      <w:pPr>
        <w:spacing w:after="120"/>
        <w:rPr>
          <w:rFonts w:asciiTheme="majorHAnsi" w:hAnsiTheme="majorHAnsi" w:cstheme="majorHAnsi"/>
        </w:rPr>
      </w:pPr>
      <w:r w:rsidRPr="00335A3D">
        <w:rPr>
          <w:rFonts w:asciiTheme="majorHAnsi" w:hAnsiTheme="majorHAnsi" w:cstheme="majorHAnsi"/>
          <w:b/>
        </w:rPr>
        <w:t xml:space="preserve">Date: </w:t>
      </w:r>
      <w:r w:rsidRPr="00335A3D">
        <w:rPr>
          <w:rFonts w:asciiTheme="majorHAnsi" w:hAnsiTheme="majorHAnsi" w:cstheme="majorHAnsi"/>
        </w:rPr>
        <w:t>____________________________________________________________________</w:t>
      </w:r>
    </w:p>
    <w:p w:rsidR="000F425E" w:rsidRPr="00335A3D" w:rsidRDefault="00000000">
      <w:pPr>
        <w:spacing w:after="120"/>
        <w:rPr>
          <w:rFonts w:asciiTheme="majorHAnsi" w:hAnsiTheme="majorHAnsi" w:cstheme="majorHAnsi"/>
        </w:rPr>
      </w:pPr>
      <w:r w:rsidRPr="00335A3D">
        <w:rPr>
          <w:rFonts w:asciiTheme="majorHAnsi" w:hAnsiTheme="majorHAnsi" w:cstheme="majorHAnsi"/>
          <w:b/>
        </w:rPr>
        <w:t xml:space="preserve">Time: </w:t>
      </w:r>
      <w:r w:rsidRPr="00335A3D">
        <w:rPr>
          <w:rFonts w:asciiTheme="majorHAnsi" w:hAnsiTheme="majorHAnsi" w:cstheme="majorHAnsi"/>
        </w:rPr>
        <w:t>____________________________________________________________________</w:t>
      </w:r>
    </w:p>
    <w:p w:rsidR="000F425E" w:rsidRPr="00335A3D" w:rsidRDefault="00000000">
      <w:pPr>
        <w:spacing w:after="120"/>
        <w:rPr>
          <w:rFonts w:asciiTheme="majorHAnsi" w:hAnsiTheme="majorHAnsi" w:cstheme="majorHAnsi"/>
        </w:rPr>
      </w:pPr>
      <w:r w:rsidRPr="00335A3D">
        <w:rPr>
          <w:rFonts w:asciiTheme="majorHAnsi" w:hAnsiTheme="majorHAnsi" w:cstheme="majorHAnsi"/>
          <w:b/>
        </w:rPr>
        <w:t xml:space="preserve">Person / organisation: </w:t>
      </w:r>
      <w:r w:rsidRPr="00335A3D">
        <w:rPr>
          <w:rFonts w:asciiTheme="majorHAnsi" w:hAnsiTheme="majorHAnsi" w:cstheme="majorHAnsi"/>
        </w:rPr>
        <w:t>____________________________________________________________________</w:t>
      </w:r>
    </w:p>
    <w:p w:rsidR="000F425E" w:rsidRPr="00335A3D" w:rsidRDefault="00000000">
      <w:pPr>
        <w:spacing w:after="120"/>
        <w:rPr>
          <w:rFonts w:asciiTheme="majorHAnsi" w:hAnsiTheme="majorHAnsi" w:cstheme="majorHAnsi"/>
        </w:rPr>
      </w:pPr>
      <w:r w:rsidRPr="00335A3D">
        <w:rPr>
          <w:rFonts w:asciiTheme="majorHAnsi" w:hAnsiTheme="majorHAnsi" w:cstheme="majorHAnsi"/>
          <w:b/>
        </w:rPr>
        <w:t xml:space="preserve">Phone / email: </w:t>
      </w:r>
      <w:r w:rsidRPr="00335A3D">
        <w:rPr>
          <w:rFonts w:asciiTheme="majorHAnsi" w:hAnsiTheme="majorHAnsi" w:cstheme="majorHAnsi"/>
        </w:rPr>
        <w:t>____________________________________________________________________</w:t>
      </w:r>
    </w:p>
    <w:p w:rsidR="000F425E" w:rsidRPr="00335A3D" w:rsidRDefault="00000000">
      <w:pPr>
        <w:spacing w:after="120"/>
        <w:rPr>
          <w:rFonts w:asciiTheme="majorHAnsi" w:hAnsiTheme="majorHAnsi" w:cstheme="majorHAnsi"/>
        </w:rPr>
      </w:pPr>
      <w:r w:rsidRPr="00335A3D">
        <w:rPr>
          <w:rFonts w:asciiTheme="majorHAnsi" w:hAnsiTheme="majorHAnsi" w:cstheme="majorHAnsi"/>
          <w:b/>
        </w:rPr>
        <w:t xml:space="preserve">Who did I actually speak to? </w:t>
      </w:r>
      <w:r w:rsidRPr="00335A3D">
        <w:rPr>
          <w:rFonts w:asciiTheme="majorHAnsi" w:hAnsiTheme="majorHAnsi" w:cstheme="majorHAnsi"/>
        </w:rPr>
        <w:t>____________________________________________________________________</w:t>
      </w:r>
    </w:p>
    <w:p w:rsidR="000F425E" w:rsidRPr="00335A3D" w:rsidRDefault="00000000">
      <w:pPr>
        <w:spacing w:after="120"/>
        <w:rPr>
          <w:rFonts w:asciiTheme="majorHAnsi" w:hAnsiTheme="majorHAnsi" w:cstheme="majorHAnsi"/>
        </w:rPr>
      </w:pPr>
      <w:r w:rsidRPr="00335A3D">
        <w:rPr>
          <w:rFonts w:asciiTheme="majorHAnsi" w:hAnsiTheme="majorHAnsi" w:cstheme="majorHAnsi"/>
          <w:b/>
        </w:rPr>
        <w:t xml:space="preserve">Reference / case number: </w:t>
      </w:r>
      <w:r w:rsidRPr="00335A3D">
        <w:rPr>
          <w:rFonts w:asciiTheme="majorHAnsi" w:hAnsiTheme="majorHAnsi" w:cstheme="majorHAnsi"/>
        </w:rPr>
        <w:t>____________________________________________________________________</w:t>
      </w:r>
    </w:p>
    <w:p w:rsidR="000F425E" w:rsidRPr="00335A3D" w:rsidRDefault="00000000">
      <w:pPr>
        <w:pStyle w:val="Heading2"/>
        <w:rPr>
          <w:rFonts w:cstheme="majorHAnsi"/>
        </w:rPr>
      </w:pPr>
      <w:r w:rsidRPr="00335A3D">
        <w:rPr>
          <w:rFonts w:cstheme="majorHAnsi"/>
        </w:rPr>
        <w:t>What did they tell me?</w:t>
      </w:r>
    </w:p>
    <w:p w:rsidR="000F425E" w:rsidRPr="00335A3D" w:rsidRDefault="00000000">
      <w:pPr>
        <w:rPr>
          <w:rFonts w:asciiTheme="majorHAnsi" w:hAnsiTheme="majorHAnsi" w:cstheme="majorHAnsi"/>
        </w:rPr>
      </w:pPr>
      <w:r w:rsidRPr="00335A3D">
        <w:rPr>
          <w:rFonts w:asciiTheme="majorHAnsi" w:hAnsiTheme="majorHAnsi" w:cstheme="majorHAnsi"/>
        </w:rPr>
        <w:t>______________________________________________________________________________________</w:t>
      </w:r>
    </w:p>
    <w:p w:rsidR="000F425E" w:rsidRPr="00335A3D" w:rsidRDefault="00000000">
      <w:pPr>
        <w:rPr>
          <w:rFonts w:asciiTheme="majorHAnsi" w:hAnsiTheme="majorHAnsi" w:cstheme="majorHAnsi"/>
        </w:rPr>
      </w:pPr>
      <w:r w:rsidRPr="00335A3D">
        <w:rPr>
          <w:rFonts w:asciiTheme="majorHAnsi" w:hAnsiTheme="majorHAnsi" w:cstheme="majorHAnsi"/>
        </w:rPr>
        <w:t>______________________________________________________________________________________</w:t>
      </w:r>
    </w:p>
    <w:p w:rsidR="000F425E" w:rsidRPr="00335A3D" w:rsidRDefault="00000000">
      <w:pPr>
        <w:rPr>
          <w:rFonts w:asciiTheme="majorHAnsi" w:hAnsiTheme="majorHAnsi" w:cstheme="majorHAnsi"/>
        </w:rPr>
      </w:pPr>
      <w:r w:rsidRPr="00335A3D">
        <w:rPr>
          <w:rFonts w:asciiTheme="majorHAnsi" w:hAnsiTheme="majorHAnsi" w:cstheme="majorHAnsi"/>
        </w:rPr>
        <w:t>______________________________________________________________________________________</w:t>
      </w:r>
    </w:p>
    <w:p w:rsidR="000F425E" w:rsidRPr="00335A3D" w:rsidRDefault="00000000">
      <w:pPr>
        <w:rPr>
          <w:rFonts w:asciiTheme="majorHAnsi" w:hAnsiTheme="majorHAnsi" w:cstheme="majorHAnsi"/>
        </w:rPr>
      </w:pPr>
      <w:r w:rsidRPr="00335A3D">
        <w:rPr>
          <w:rFonts w:asciiTheme="majorHAnsi" w:hAnsiTheme="majorHAnsi" w:cstheme="majorHAnsi"/>
        </w:rPr>
        <w:t>______________________________________________________________________________________</w:t>
      </w:r>
    </w:p>
    <w:p w:rsidR="000F425E" w:rsidRPr="00335A3D" w:rsidRDefault="00000000">
      <w:pPr>
        <w:rPr>
          <w:rFonts w:asciiTheme="majorHAnsi" w:hAnsiTheme="majorHAnsi" w:cstheme="majorHAnsi"/>
        </w:rPr>
      </w:pPr>
      <w:r w:rsidRPr="00335A3D">
        <w:rPr>
          <w:rFonts w:asciiTheme="majorHAnsi" w:hAnsiTheme="majorHAnsi" w:cstheme="majorHAnsi"/>
        </w:rPr>
        <w:t>______________________________________________________________________________________</w:t>
      </w:r>
    </w:p>
    <w:p w:rsidR="000F425E" w:rsidRPr="00335A3D" w:rsidRDefault="00000000">
      <w:pPr>
        <w:pStyle w:val="Heading2"/>
        <w:rPr>
          <w:rFonts w:cstheme="majorHAnsi"/>
        </w:rPr>
      </w:pPr>
      <w:r w:rsidRPr="00335A3D">
        <w:rPr>
          <w:rFonts w:cstheme="majorHAnsi"/>
        </w:rPr>
        <w:lastRenderedPageBreak/>
        <w:t>What do I need to do?</w:t>
      </w:r>
    </w:p>
    <w:p w:rsidR="005E4FB4" w:rsidRPr="00335A3D" w:rsidRDefault="005E4FB4">
      <w:pPr>
        <w:rPr>
          <w:rFonts w:asciiTheme="majorHAnsi" w:hAnsiTheme="majorHAnsi" w:cstheme="majorHAnsi"/>
        </w:rPr>
      </w:pPr>
    </w:p>
    <w:p w:rsidR="000F425E" w:rsidRPr="00335A3D" w:rsidRDefault="00000000">
      <w:pPr>
        <w:rPr>
          <w:rFonts w:asciiTheme="majorHAnsi" w:hAnsiTheme="majorHAnsi" w:cstheme="majorHAnsi"/>
        </w:rPr>
      </w:pPr>
      <w:r w:rsidRPr="00335A3D">
        <w:rPr>
          <w:rFonts w:asciiTheme="majorHAnsi" w:hAnsiTheme="majorHAnsi" w:cstheme="majorHAnsi"/>
        </w:rPr>
        <w:t>______________________________________________________________________________________</w:t>
      </w:r>
    </w:p>
    <w:p w:rsidR="005E4FB4" w:rsidRPr="00335A3D" w:rsidRDefault="005E4FB4">
      <w:pPr>
        <w:rPr>
          <w:rFonts w:asciiTheme="majorHAnsi" w:hAnsiTheme="majorHAnsi" w:cstheme="majorHAnsi"/>
        </w:rPr>
      </w:pPr>
    </w:p>
    <w:p w:rsidR="000F425E" w:rsidRPr="00335A3D" w:rsidRDefault="00000000">
      <w:pPr>
        <w:rPr>
          <w:rFonts w:asciiTheme="majorHAnsi" w:hAnsiTheme="majorHAnsi" w:cstheme="majorHAnsi"/>
        </w:rPr>
      </w:pPr>
      <w:r w:rsidRPr="00335A3D">
        <w:rPr>
          <w:rFonts w:asciiTheme="majorHAnsi" w:hAnsiTheme="majorHAnsi" w:cstheme="majorHAnsi"/>
        </w:rPr>
        <w:t>______________________________________________________________________________________</w:t>
      </w:r>
    </w:p>
    <w:p w:rsidR="005E4FB4" w:rsidRPr="00335A3D" w:rsidRDefault="005E4FB4">
      <w:pPr>
        <w:rPr>
          <w:rFonts w:asciiTheme="majorHAnsi" w:hAnsiTheme="majorHAnsi" w:cstheme="majorHAnsi"/>
        </w:rPr>
      </w:pPr>
    </w:p>
    <w:p w:rsidR="000F425E" w:rsidRPr="00335A3D" w:rsidRDefault="00000000">
      <w:pPr>
        <w:rPr>
          <w:rFonts w:asciiTheme="majorHAnsi" w:hAnsiTheme="majorHAnsi" w:cstheme="majorHAnsi"/>
        </w:rPr>
      </w:pPr>
      <w:r w:rsidRPr="00335A3D">
        <w:rPr>
          <w:rFonts w:asciiTheme="majorHAnsi" w:hAnsiTheme="majorHAnsi" w:cstheme="majorHAnsi"/>
        </w:rPr>
        <w:t>______________________________________________________________________________________</w:t>
      </w:r>
    </w:p>
    <w:p w:rsidR="000F425E" w:rsidRPr="00335A3D" w:rsidRDefault="00000000">
      <w:pPr>
        <w:pStyle w:val="Heading2"/>
        <w:rPr>
          <w:rFonts w:cstheme="majorHAnsi"/>
        </w:rPr>
      </w:pPr>
      <w:r w:rsidRPr="00335A3D">
        <w:rPr>
          <w:rFonts w:cstheme="majorHAnsi"/>
        </w:rPr>
        <w:t>Do they need anything from me?</w:t>
      </w:r>
    </w:p>
    <w:p w:rsidR="000F425E" w:rsidRPr="00335A3D" w:rsidRDefault="00000000">
      <w:pPr>
        <w:spacing w:after="40"/>
        <w:ind w:left="115"/>
        <w:rPr>
          <w:rFonts w:asciiTheme="majorHAnsi" w:hAnsiTheme="majorHAnsi" w:cstheme="majorHAnsi"/>
        </w:rPr>
      </w:pPr>
      <w:r w:rsidRPr="00335A3D">
        <w:rPr>
          <w:rFonts w:ascii="Segoe UI Symbol" w:hAnsi="Segoe UI Symbol" w:cs="Segoe UI Symbol"/>
          <w:sz w:val="22"/>
        </w:rPr>
        <w:t>☐</w:t>
      </w:r>
      <w:r w:rsidRPr="00335A3D">
        <w:rPr>
          <w:rFonts w:asciiTheme="majorHAnsi" w:hAnsiTheme="majorHAnsi" w:cstheme="majorHAnsi"/>
          <w:sz w:val="22"/>
        </w:rPr>
        <w:t xml:space="preserve">  </w:t>
      </w:r>
      <w:r w:rsidRPr="00335A3D">
        <w:rPr>
          <w:rFonts w:asciiTheme="majorHAnsi" w:hAnsiTheme="majorHAnsi" w:cstheme="majorHAnsi"/>
        </w:rPr>
        <w:t>Nothing</w:t>
      </w:r>
    </w:p>
    <w:p w:rsidR="000F425E" w:rsidRPr="00335A3D" w:rsidRDefault="00000000">
      <w:pPr>
        <w:spacing w:after="40"/>
        <w:ind w:left="115"/>
        <w:rPr>
          <w:rFonts w:asciiTheme="majorHAnsi" w:hAnsiTheme="majorHAnsi" w:cstheme="majorHAnsi"/>
        </w:rPr>
      </w:pPr>
      <w:r w:rsidRPr="00335A3D">
        <w:rPr>
          <w:rFonts w:ascii="Segoe UI Symbol" w:hAnsi="Segoe UI Symbol" w:cs="Segoe UI Symbol"/>
          <w:sz w:val="22"/>
        </w:rPr>
        <w:t>☐</w:t>
      </w:r>
      <w:r w:rsidRPr="00335A3D">
        <w:rPr>
          <w:rFonts w:asciiTheme="majorHAnsi" w:hAnsiTheme="majorHAnsi" w:cstheme="majorHAnsi"/>
          <w:sz w:val="22"/>
        </w:rPr>
        <w:t xml:space="preserve">  </w:t>
      </w:r>
      <w:r w:rsidRPr="00335A3D">
        <w:rPr>
          <w:rFonts w:asciiTheme="majorHAnsi" w:hAnsiTheme="majorHAnsi" w:cstheme="majorHAnsi"/>
        </w:rPr>
        <w:t>Death certificate</w:t>
      </w:r>
    </w:p>
    <w:p w:rsidR="000F425E" w:rsidRPr="00335A3D" w:rsidRDefault="00000000">
      <w:pPr>
        <w:spacing w:after="40"/>
        <w:ind w:left="115"/>
        <w:rPr>
          <w:rFonts w:asciiTheme="majorHAnsi" w:hAnsiTheme="majorHAnsi" w:cstheme="majorHAnsi"/>
        </w:rPr>
      </w:pPr>
      <w:r w:rsidRPr="00335A3D">
        <w:rPr>
          <w:rFonts w:ascii="Segoe UI Symbol" w:hAnsi="Segoe UI Symbol" w:cs="Segoe UI Symbol"/>
          <w:sz w:val="22"/>
        </w:rPr>
        <w:t>☐</w:t>
      </w:r>
      <w:r w:rsidRPr="00335A3D">
        <w:rPr>
          <w:rFonts w:asciiTheme="majorHAnsi" w:hAnsiTheme="majorHAnsi" w:cstheme="majorHAnsi"/>
          <w:sz w:val="22"/>
        </w:rPr>
        <w:t xml:space="preserve">  </w:t>
      </w:r>
      <w:r w:rsidRPr="00335A3D">
        <w:rPr>
          <w:rFonts w:asciiTheme="majorHAnsi" w:hAnsiTheme="majorHAnsi" w:cstheme="majorHAnsi"/>
        </w:rPr>
        <w:t>Form</w:t>
      </w:r>
    </w:p>
    <w:p w:rsidR="000F425E" w:rsidRPr="00335A3D" w:rsidRDefault="00000000">
      <w:pPr>
        <w:spacing w:after="40"/>
        <w:ind w:left="115"/>
        <w:rPr>
          <w:rFonts w:asciiTheme="majorHAnsi" w:hAnsiTheme="majorHAnsi" w:cstheme="majorHAnsi"/>
        </w:rPr>
      </w:pPr>
      <w:r w:rsidRPr="00335A3D">
        <w:rPr>
          <w:rFonts w:ascii="Segoe UI Symbol" w:hAnsi="Segoe UI Symbol" w:cs="Segoe UI Symbol"/>
          <w:sz w:val="22"/>
        </w:rPr>
        <w:t>☐</w:t>
      </w:r>
      <w:r w:rsidRPr="00335A3D">
        <w:rPr>
          <w:rFonts w:asciiTheme="majorHAnsi" w:hAnsiTheme="majorHAnsi" w:cstheme="majorHAnsi"/>
          <w:sz w:val="22"/>
        </w:rPr>
        <w:t xml:space="preserve">  </w:t>
      </w:r>
      <w:r w:rsidRPr="00335A3D">
        <w:rPr>
          <w:rFonts w:asciiTheme="majorHAnsi" w:hAnsiTheme="majorHAnsi" w:cstheme="majorHAnsi"/>
        </w:rPr>
        <w:t>Identification</w:t>
      </w:r>
    </w:p>
    <w:p w:rsidR="000F425E" w:rsidRPr="00335A3D" w:rsidRDefault="00000000">
      <w:pPr>
        <w:spacing w:after="40"/>
        <w:ind w:left="115"/>
        <w:rPr>
          <w:rFonts w:asciiTheme="majorHAnsi" w:hAnsiTheme="majorHAnsi" w:cstheme="majorHAnsi"/>
        </w:rPr>
      </w:pPr>
      <w:r w:rsidRPr="00335A3D">
        <w:rPr>
          <w:rFonts w:ascii="Segoe UI Symbol" w:hAnsi="Segoe UI Symbol" w:cs="Segoe UI Symbol"/>
          <w:sz w:val="22"/>
        </w:rPr>
        <w:t>☐</w:t>
      </w:r>
      <w:r w:rsidRPr="00335A3D">
        <w:rPr>
          <w:rFonts w:asciiTheme="majorHAnsi" w:hAnsiTheme="majorHAnsi" w:cstheme="majorHAnsi"/>
          <w:sz w:val="22"/>
        </w:rPr>
        <w:t xml:space="preserve">  </w:t>
      </w:r>
      <w:r w:rsidRPr="00335A3D">
        <w:rPr>
          <w:rFonts w:asciiTheme="majorHAnsi" w:hAnsiTheme="majorHAnsi" w:cstheme="majorHAnsi"/>
        </w:rPr>
        <w:t>Other documents</w:t>
      </w:r>
    </w:p>
    <w:p w:rsidR="000F425E" w:rsidRPr="00335A3D" w:rsidRDefault="00000000">
      <w:pPr>
        <w:spacing w:after="40"/>
        <w:ind w:left="115"/>
        <w:rPr>
          <w:rFonts w:asciiTheme="majorHAnsi" w:hAnsiTheme="majorHAnsi" w:cstheme="majorHAnsi"/>
        </w:rPr>
      </w:pPr>
      <w:r w:rsidRPr="00335A3D">
        <w:rPr>
          <w:rFonts w:ascii="Segoe UI Symbol" w:hAnsi="Segoe UI Symbol" w:cs="Segoe UI Symbol"/>
          <w:sz w:val="22"/>
        </w:rPr>
        <w:t>☐</w:t>
      </w:r>
      <w:r w:rsidRPr="00335A3D">
        <w:rPr>
          <w:rFonts w:asciiTheme="majorHAnsi" w:hAnsiTheme="majorHAnsi" w:cstheme="majorHAnsi"/>
          <w:sz w:val="22"/>
        </w:rPr>
        <w:t xml:space="preserve">  </w:t>
      </w:r>
      <w:r w:rsidRPr="00335A3D">
        <w:rPr>
          <w:rFonts w:asciiTheme="majorHAnsi" w:hAnsiTheme="majorHAnsi" w:cstheme="majorHAnsi"/>
        </w:rPr>
        <w:t>Something else: ______________________________</w:t>
      </w:r>
    </w:p>
    <w:p w:rsidR="000F425E" w:rsidRPr="00335A3D" w:rsidRDefault="00000000">
      <w:pPr>
        <w:spacing w:after="120"/>
        <w:rPr>
          <w:rFonts w:asciiTheme="majorHAnsi" w:hAnsiTheme="majorHAnsi" w:cstheme="majorHAnsi"/>
        </w:rPr>
      </w:pPr>
      <w:r w:rsidRPr="00335A3D">
        <w:rPr>
          <w:rFonts w:asciiTheme="majorHAnsi" w:hAnsiTheme="majorHAnsi" w:cstheme="majorHAnsi"/>
          <w:b/>
        </w:rPr>
        <w:t xml:space="preserve">Deadline, if there is one: </w:t>
      </w:r>
      <w:r w:rsidRPr="00335A3D">
        <w:rPr>
          <w:rFonts w:asciiTheme="majorHAnsi" w:hAnsiTheme="majorHAnsi" w:cstheme="majorHAnsi"/>
        </w:rPr>
        <w:t>____________________________________________________________________</w:t>
      </w:r>
    </w:p>
    <w:p w:rsidR="000F425E" w:rsidRPr="00335A3D" w:rsidRDefault="00000000">
      <w:pPr>
        <w:spacing w:after="40"/>
        <w:ind w:left="115"/>
        <w:rPr>
          <w:rFonts w:asciiTheme="majorHAnsi" w:hAnsiTheme="majorHAnsi" w:cstheme="majorHAnsi"/>
        </w:rPr>
      </w:pPr>
      <w:r w:rsidRPr="00335A3D">
        <w:rPr>
          <w:rFonts w:ascii="Segoe UI Symbol" w:hAnsi="Segoe UI Symbol" w:cs="Segoe UI Symbol"/>
          <w:sz w:val="22"/>
        </w:rPr>
        <w:t>☐</w:t>
      </w:r>
      <w:r w:rsidRPr="00335A3D">
        <w:rPr>
          <w:rFonts w:asciiTheme="majorHAnsi" w:hAnsiTheme="majorHAnsi" w:cstheme="majorHAnsi"/>
          <w:sz w:val="22"/>
        </w:rPr>
        <w:t xml:space="preserve">  </w:t>
      </w:r>
      <w:r w:rsidRPr="00335A3D">
        <w:rPr>
          <w:rFonts w:asciiTheme="majorHAnsi" w:hAnsiTheme="majorHAnsi" w:cstheme="majorHAnsi"/>
        </w:rPr>
        <w:t>I need to follow this up</w:t>
      </w:r>
    </w:p>
    <w:p w:rsidR="000F425E" w:rsidRPr="00335A3D" w:rsidRDefault="00000000">
      <w:pPr>
        <w:spacing w:after="120"/>
        <w:rPr>
          <w:rFonts w:asciiTheme="majorHAnsi" w:hAnsiTheme="majorHAnsi" w:cstheme="majorHAnsi"/>
        </w:rPr>
      </w:pPr>
      <w:r w:rsidRPr="00335A3D">
        <w:rPr>
          <w:rFonts w:asciiTheme="majorHAnsi" w:hAnsiTheme="majorHAnsi" w:cstheme="majorHAnsi"/>
          <w:b/>
        </w:rPr>
        <w:t xml:space="preserve">Follow-up date: </w:t>
      </w:r>
      <w:r w:rsidRPr="00335A3D">
        <w:rPr>
          <w:rFonts w:asciiTheme="majorHAnsi" w:hAnsiTheme="majorHAnsi" w:cstheme="majorHAnsi"/>
        </w:rPr>
        <w:t>____________________________________________________________________</w:t>
      </w:r>
    </w:p>
    <w:p w:rsidR="000F425E" w:rsidRPr="00335A3D" w:rsidRDefault="00000000">
      <w:pPr>
        <w:spacing w:after="40"/>
        <w:ind w:left="115"/>
        <w:rPr>
          <w:rFonts w:asciiTheme="majorHAnsi" w:hAnsiTheme="majorHAnsi" w:cstheme="majorHAnsi"/>
        </w:rPr>
      </w:pPr>
      <w:r w:rsidRPr="00335A3D">
        <w:rPr>
          <w:rFonts w:ascii="Segoe UI Symbol" w:hAnsi="Segoe UI Symbol" w:cs="Segoe UI Symbol"/>
          <w:sz w:val="22"/>
        </w:rPr>
        <w:t>☐</w:t>
      </w:r>
      <w:r w:rsidRPr="00335A3D">
        <w:rPr>
          <w:rFonts w:asciiTheme="majorHAnsi" w:hAnsiTheme="majorHAnsi" w:cstheme="majorHAnsi"/>
          <w:sz w:val="22"/>
        </w:rPr>
        <w:t xml:space="preserve">  </w:t>
      </w:r>
      <w:r w:rsidRPr="00335A3D">
        <w:rPr>
          <w:rFonts w:asciiTheme="majorHAnsi" w:hAnsiTheme="majorHAnsi" w:cstheme="majorHAnsi"/>
        </w:rPr>
        <w:t>DONE</w:t>
      </w:r>
    </w:p>
    <w:p w:rsidR="000F425E" w:rsidRPr="00335A3D" w:rsidRDefault="00000000">
      <w:pPr>
        <w:rPr>
          <w:rFonts w:asciiTheme="majorHAnsi" w:hAnsiTheme="majorHAnsi" w:cstheme="majorHAnsi"/>
        </w:rPr>
      </w:pPr>
      <w:r w:rsidRPr="00335A3D">
        <w:rPr>
          <w:rFonts w:asciiTheme="majorHAnsi" w:hAnsiTheme="majorHAnsi" w:cstheme="majorHAnsi"/>
        </w:rPr>
        <w:br w:type="page"/>
      </w:r>
    </w:p>
    <w:p w:rsidR="000F425E" w:rsidRPr="00335A3D" w:rsidRDefault="00000000">
      <w:pPr>
        <w:pStyle w:val="Heading1"/>
        <w:rPr>
          <w:rFonts w:cstheme="majorHAnsi"/>
        </w:rPr>
      </w:pPr>
      <w:r w:rsidRPr="00335A3D">
        <w:rPr>
          <w:rFonts w:cstheme="majorHAnsi"/>
        </w:rPr>
        <w:lastRenderedPageBreak/>
        <w:t>Things I Need to Do</w:t>
      </w:r>
    </w:p>
    <w:p w:rsidR="000F425E" w:rsidRPr="00335A3D" w:rsidRDefault="00000000">
      <w:pPr>
        <w:rPr>
          <w:rFonts w:asciiTheme="majorHAnsi" w:hAnsiTheme="majorHAnsi" w:cstheme="majorHAnsi"/>
        </w:rPr>
      </w:pPr>
      <w:r w:rsidRPr="00335A3D">
        <w:rPr>
          <w:rFonts w:asciiTheme="majorHAnsi" w:hAnsiTheme="majorHAnsi" w:cstheme="majorHAnsi"/>
        </w:rPr>
        <w:t>This is the dumping ground. If something comes into your head, put it here. You can work out when it actually needs done later.</w:t>
      </w:r>
    </w:p>
    <w:p w:rsidR="005E4FB4" w:rsidRPr="00335A3D" w:rsidRDefault="005E4FB4">
      <w:pPr>
        <w:rPr>
          <w:rFonts w:asciiTheme="majorHAnsi" w:hAnsiTheme="majorHAnsi" w:cstheme="majorHAnsi"/>
        </w:rPr>
      </w:pPr>
    </w:p>
    <w:p w:rsidR="005E4FB4" w:rsidRPr="00335A3D" w:rsidRDefault="005E4FB4">
      <w:pPr>
        <w:rPr>
          <w:rFonts w:asciiTheme="majorHAnsi" w:hAnsiTheme="majorHAnsi" w:cstheme="majorHAnsi"/>
        </w:rPr>
      </w:pPr>
    </w:p>
    <w:p w:rsidR="000F425E" w:rsidRPr="00335A3D" w:rsidRDefault="00000000">
      <w:pPr>
        <w:spacing w:after="40"/>
        <w:ind w:left="115"/>
        <w:rPr>
          <w:rFonts w:asciiTheme="majorHAnsi" w:hAnsiTheme="majorHAnsi" w:cstheme="majorHAnsi"/>
        </w:rPr>
      </w:pPr>
      <w:r w:rsidRPr="00335A3D">
        <w:rPr>
          <w:rFonts w:ascii="Segoe UI Symbol" w:hAnsi="Segoe UI Symbol" w:cs="Segoe UI Symbol"/>
          <w:sz w:val="22"/>
        </w:rPr>
        <w:t>☐</w:t>
      </w:r>
      <w:r w:rsidRPr="00335A3D">
        <w:rPr>
          <w:rFonts w:asciiTheme="majorHAnsi" w:hAnsiTheme="majorHAnsi" w:cstheme="majorHAnsi"/>
          <w:sz w:val="22"/>
        </w:rPr>
        <w:t xml:space="preserve">  </w:t>
      </w:r>
      <w:r w:rsidRPr="00335A3D">
        <w:rPr>
          <w:rFonts w:asciiTheme="majorHAnsi" w:hAnsiTheme="majorHAnsi" w:cstheme="majorHAnsi"/>
        </w:rPr>
        <w:t>__________________________________________________________________</w:t>
      </w:r>
    </w:p>
    <w:p w:rsidR="005E4FB4" w:rsidRPr="00335A3D" w:rsidRDefault="005E4FB4">
      <w:pPr>
        <w:spacing w:after="40"/>
        <w:ind w:left="115"/>
        <w:rPr>
          <w:rFonts w:asciiTheme="majorHAnsi" w:hAnsiTheme="majorHAnsi" w:cstheme="majorHAnsi"/>
        </w:rPr>
      </w:pPr>
    </w:p>
    <w:p w:rsidR="000F425E" w:rsidRPr="00335A3D" w:rsidRDefault="00000000">
      <w:pPr>
        <w:spacing w:after="40"/>
        <w:ind w:left="115"/>
        <w:rPr>
          <w:rFonts w:asciiTheme="majorHAnsi" w:hAnsiTheme="majorHAnsi" w:cstheme="majorHAnsi"/>
        </w:rPr>
      </w:pPr>
      <w:r w:rsidRPr="00335A3D">
        <w:rPr>
          <w:rFonts w:ascii="Segoe UI Symbol" w:hAnsi="Segoe UI Symbol" w:cs="Segoe UI Symbol"/>
          <w:sz w:val="22"/>
        </w:rPr>
        <w:t>☐</w:t>
      </w:r>
      <w:r w:rsidRPr="00335A3D">
        <w:rPr>
          <w:rFonts w:asciiTheme="majorHAnsi" w:hAnsiTheme="majorHAnsi" w:cstheme="majorHAnsi"/>
          <w:sz w:val="22"/>
        </w:rPr>
        <w:t xml:space="preserve">  </w:t>
      </w:r>
      <w:r w:rsidRPr="00335A3D">
        <w:rPr>
          <w:rFonts w:asciiTheme="majorHAnsi" w:hAnsiTheme="majorHAnsi" w:cstheme="majorHAnsi"/>
        </w:rPr>
        <w:t>__________________________________________________________________</w:t>
      </w:r>
    </w:p>
    <w:p w:rsidR="005E4FB4" w:rsidRPr="00335A3D" w:rsidRDefault="005E4FB4">
      <w:pPr>
        <w:spacing w:after="40"/>
        <w:ind w:left="115"/>
        <w:rPr>
          <w:rFonts w:asciiTheme="majorHAnsi" w:hAnsiTheme="majorHAnsi" w:cstheme="majorHAnsi"/>
        </w:rPr>
      </w:pPr>
    </w:p>
    <w:p w:rsidR="000F425E" w:rsidRPr="00335A3D" w:rsidRDefault="00000000">
      <w:pPr>
        <w:spacing w:after="40"/>
        <w:ind w:left="115"/>
        <w:rPr>
          <w:rFonts w:asciiTheme="majorHAnsi" w:hAnsiTheme="majorHAnsi" w:cstheme="majorHAnsi"/>
        </w:rPr>
      </w:pPr>
      <w:r w:rsidRPr="00335A3D">
        <w:rPr>
          <w:rFonts w:ascii="Segoe UI Symbol" w:hAnsi="Segoe UI Symbol" w:cs="Segoe UI Symbol"/>
          <w:sz w:val="22"/>
        </w:rPr>
        <w:t>☐</w:t>
      </w:r>
      <w:r w:rsidRPr="00335A3D">
        <w:rPr>
          <w:rFonts w:asciiTheme="majorHAnsi" w:hAnsiTheme="majorHAnsi" w:cstheme="majorHAnsi"/>
          <w:sz w:val="22"/>
        </w:rPr>
        <w:t xml:space="preserve">  </w:t>
      </w:r>
      <w:r w:rsidRPr="00335A3D">
        <w:rPr>
          <w:rFonts w:asciiTheme="majorHAnsi" w:hAnsiTheme="majorHAnsi" w:cstheme="majorHAnsi"/>
        </w:rPr>
        <w:t>__________________________________________________________________</w:t>
      </w:r>
    </w:p>
    <w:p w:rsidR="005E4FB4" w:rsidRPr="00335A3D" w:rsidRDefault="005E4FB4">
      <w:pPr>
        <w:spacing w:after="40"/>
        <w:ind w:left="115"/>
        <w:rPr>
          <w:rFonts w:asciiTheme="majorHAnsi" w:hAnsiTheme="majorHAnsi" w:cstheme="majorHAnsi"/>
        </w:rPr>
      </w:pPr>
    </w:p>
    <w:p w:rsidR="000F425E" w:rsidRPr="00335A3D" w:rsidRDefault="00000000">
      <w:pPr>
        <w:spacing w:after="40"/>
        <w:ind w:left="115"/>
        <w:rPr>
          <w:rFonts w:asciiTheme="majorHAnsi" w:hAnsiTheme="majorHAnsi" w:cstheme="majorHAnsi"/>
        </w:rPr>
      </w:pPr>
      <w:r w:rsidRPr="00335A3D">
        <w:rPr>
          <w:rFonts w:ascii="Segoe UI Symbol" w:hAnsi="Segoe UI Symbol" w:cs="Segoe UI Symbol"/>
          <w:sz w:val="22"/>
        </w:rPr>
        <w:t>☐</w:t>
      </w:r>
      <w:r w:rsidRPr="00335A3D">
        <w:rPr>
          <w:rFonts w:asciiTheme="majorHAnsi" w:hAnsiTheme="majorHAnsi" w:cstheme="majorHAnsi"/>
          <w:sz w:val="22"/>
        </w:rPr>
        <w:t xml:space="preserve">  </w:t>
      </w:r>
      <w:r w:rsidRPr="00335A3D">
        <w:rPr>
          <w:rFonts w:asciiTheme="majorHAnsi" w:hAnsiTheme="majorHAnsi" w:cstheme="majorHAnsi"/>
        </w:rPr>
        <w:t>__________________________________________________________________</w:t>
      </w:r>
    </w:p>
    <w:p w:rsidR="005E4FB4" w:rsidRPr="00335A3D" w:rsidRDefault="005E4FB4">
      <w:pPr>
        <w:spacing w:after="40"/>
        <w:ind w:left="115"/>
        <w:rPr>
          <w:rFonts w:asciiTheme="majorHAnsi" w:hAnsiTheme="majorHAnsi" w:cstheme="majorHAnsi"/>
        </w:rPr>
      </w:pPr>
    </w:p>
    <w:p w:rsidR="000F425E" w:rsidRPr="00335A3D" w:rsidRDefault="00000000">
      <w:pPr>
        <w:spacing w:after="40"/>
        <w:ind w:left="115"/>
        <w:rPr>
          <w:rFonts w:asciiTheme="majorHAnsi" w:hAnsiTheme="majorHAnsi" w:cstheme="majorHAnsi"/>
        </w:rPr>
      </w:pPr>
      <w:r w:rsidRPr="00335A3D">
        <w:rPr>
          <w:rFonts w:ascii="Segoe UI Symbol" w:hAnsi="Segoe UI Symbol" w:cs="Segoe UI Symbol"/>
          <w:sz w:val="22"/>
        </w:rPr>
        <w:t>☐</w:t>
      </w:r>
      <w:r w:rsidRPr="00335A3D">
        <w:rPr>
          <w:rFonts w:asciiTheme="majorHAnsi" w:hAnsiTheme="majorHAnsi" w:cstheme="majorHAnsi"/>
          <w:sz w:val="22"/>
        </w:rPr>
        <w:t xml:space="preserve">  </w:t>
      </w:r>
      <w:r w:rsidRPr="00335A3D">
        <w:rPr>
          <w:rFonts w:asciiTheme="majorHAnsi" w:hAnsiTheme="majorHAnsi" w:cstheme="majorHAnsi"/>
        </w:rPr>
        <w:t>__________________________________________________________________</w:t>
      </w:r>
    </w:p>
    <w:p w:rsidR="005E4FB4" w:rsidRPr="00335A3D" w:rsidRDefault="005E4FB4">
      <w:pPr>
        <w:spacing w:after="40"/>
        <w:ind w:left="115"/>
        <w:rPr>
          <w:rFonts w:asciiTheme="majorHAnsi" w:hAnsiTheme="majorHAnsi" w:cstheme="majorHAnsi"/>
        </w:rPr>
      </w:pPr>
    </w:p>
    <w:p w:rsidR="000F425E" w:rsidRPr="00335A3D" w:rsidRDefault="00000000">
      <w:pPr>
        <w:spacing w:after="40"/>
        <w:ind w:left="115"/>
        <w:rPr>
          <w:rFonts w:asciiTheme="majorHAnsi" w:hAnsiTheme="majorHAnsi" w:cstheme="majorHAnsi"/>
        </w:rPr>
      </w:pPr>
      <w:r w:rsidRPr="00335A3D">
        <w:rPr>
          <w:rFonts w:ascii="Segoe UI Symbol" w:hAnsi="Segoe UI Symbol" w:cs="Segoe UI Symbol"/>
          <w:sz w:val="22"/>
        </w:rPr>
        <w:t>☐</w:t>
      </w:r>
      <w:r w:rsidRPr="00335A3D">
        <w:rPr>
          <w:rFonts w:asciiTheme="majorHAnsi" w:hAnsiTheme="majorHAnsi" w:cstheme="majorHAnsi"/>
          <w:sz w:val="22"/>
        </w:rPr>
        <w:t xml:space="preserve">  </w:t>
      </w:r>
      <w:r w:rsidRPr="00335A3D">
        <w:rPr>
          <w:rFonts w:asciiTheme="majorHAnsi" w:hAnsiTheme="majorHAnsi" w:cstheme="majorHAnsi"/>
        </w:rPr>
        <w:t>__________________________________________________________________</w:t>
      </w:r>
    </w:p>
    <w:p w:rsidR="005E4FB4" w:rsidRPr="00335A3D" w:rsidRDefault="005E4FB4">
      <w:pPr>
        <w:spacing w:after="40"/>
        <w:ind w:left="115"/>
        <w:rPr>
          <w:rFonts w:asciiTheme="majorHAnsi" w:hAnsiTheme="majorHAnsi" w:cstheme="majorHAnsi"/>
        </w:rPr>
      </w:pPr>
    </w:p>
    <w:p w:rsidR="000F425E" w:rsidRPr="00335A3D" w:rsidRDefault="00000000">
      <w:pPr>
        <w:spacing w:after="40"/>
        <w:ind w:left="115"/>
        <w:rPr>
          <w:rFonts w:asciiTheme="majorHAnsi" w:hAnsiTheme="majorHAnsi" w:cstheme="majorHAnsi"/>
        </w:rPr>
      </w:pPr>
      <w:r w:rsidRPr="00335A3D">
        <w:rPr>
          <w:rFonts w:ascii="Segoe UI Symbol" w:hAnsi="Segoe UI Symbol" w:cs="Segoe UI Symbol"/>
          <w:sz w:val="22"/>
        </w:rPr>
        <w:t>☐</w:t>
      </w:r>
      <w:r w:rsidRPr="00335A3D">
        <w:rPr>
          <w:rFonts w:asciiTheme="majorHAnsi" w:hAnsiTheme="majorHAnsi" w:cstheme="majorHAnsi"/>
          <w:sz w:val="22"/>
        </w:rPr>
        <w:t xml:space="preserve">  </w:t>
      </w:r>
      <w:r w:rsidRPr="00335A3D">
        <w:rPr>
          <w:rFonts w:asciiTheme="majorHAnsi" w:hAnsiTheme="majorHAnsi" w:cstheme="majorHAnsi"/>
        </w:rPr>
        <w:t>__________________________________________________________________</w:t>
      </w:r>
    </w:p>
    <w:p w:rsidR="005E4FB4" w:rsidRPr="00335A3D" w:rsidRDefault="005E4FB4">
      <w:pPr>
        <w:spacing w:after="40"/>
        <w:ind w:left="115"/>
        <w:rPr>
          <w:rFonts w:asciiTheme="majorHAnsi" w:hAnsiTheme="majorHAnsi" w:cstheme="majorHAnsi"/>
        </w:rPr>
      </w:pPr>
    </w:p>
    <w:p w:rsidR="000F425E" w:rsidRPr="00335A3D" w:rsidRDefault="00000000">
      <w:pPr>
        <w:spacing w:after="40"/>
        <w:ind w:left="115"/>
        <w:rPr>
          <w:rFonts w:asciiTheme="majorHAnsi" w:hAnsiTheme="majorHAnsi" w:cstheme="majorHAnsi"/>
        </w:rPr>
      </w:pPr>
      <w:r w:rsidRPr="00335A3D">
        <w:rPr>
          <w:rFonts w:ascii="Segoe UI Symbol" w:hAnsi="Segoe UI Symbol" w:cs="Segoe UI Symbol"/>
          <w:sz w:val="22"/>
        </w:rPr>
        <w:t>☐</w:t>
      </w:r>
      <w:r w:rsidRPr="00335A3D">
        <w:rPr>
          <w:rFonts w:asciiTheme="majorHAnsi" w:hAnsiTheme="majorHAnsi" w:cstheme="majorHAnsi"/>
          <w:sz w:val="22"/>
        </w:rPr>
        <w:t xml:space="preserve">  </w:t>
      </w:r>
      <w:r w:rsidRPr="00335A3D">
        <w:rPr>
          <w:rFonts w:asciiTheme="majorHAnsi" w:hAnsiTheme="majorHAnsi" w:cstheme="majorHAnsi"/>
        </w:rPr>
        <w:t>__________________________________________________________________</w:t>
      </w:r>
    </w:p>
    <w:p w:rsidR="005E4FB4" w:rsidRPr="00335A3D" w:rsidRDefault="005E4FB4">
      <w:pPr>
        <w:spacing w:after="40"/>
        <w:ind w:left="115"/>
        <w:rPr>
          <w:rFonts w:asciiTheme="majorHAnsi" w:hAnsiTheme="majorHAnsi" w:cstheme="majorHAnsi"/>
        </w:rPr>
      </w:pPr>
    </w:p>
    <w:p w:rsidR="000F425E" w:rsidRPr="00335A3D" w:rsidRDefault="00000000">
      <w:pPr>
        <w:spacing w:after="40"/>
        <w:ind w:left="115"/>
        <w:rPr>
          <w:rFonts w:asciiTheme="majorHAnsi" w:hAnsiTheme="majorHAnsi" w:cstheme="majorHAnsi"/>
        </w:rPr>
      </w:pPr>
      <w:r w:rsidRPr="00335A3D">
        <w:rPr>
          <w:rFonts w:ascii="Segoe UI Symbol" w:hAnsi="Segoe UI Symbol" w:cs="Segoe UI Symbol"/>
          <w:sz w:val="22"/>
        </w:rPr>
        <w:t>☐</w:t>
      </w:r>
      <w:r w:rsidRPr="00335A3D">
        <w:rPr>
          <w:rFonts w:asciiTheme="majorHAnsi" w:hAnsiTheme="majorHAnsi" w:cstheme="majorHAnsi"/>
          <w:sz w:val="22"/>
        </w:rPr>
        <w:t xml:space="preserve">  </w:t>
      </w:r>
      <w:r w:rsidRPr="00335A3D">
        <w:rPr>
          <w:rFonts w:asciiTheme="majorHAnsi" w:hAnsiTheme="majorHAnsi" w:cstheme="majorHAnsi"/>
        </w:rPr>
        <w:t>__________________________________________________________________</w:t>
      </w:r>
    </w:p>
    <w:p w:rsidR="005E4FB4" w:rsidRPr="00335A3D" w:rsidRDefault="005E4FB4" w:rsidP="005E4FB4">
      <w:pPr>
        <w:spacing w:after="40"/>
        <w:rPr>
          <w:rFonts w:asciiTheme="majorHAnsi" w:hAnsiTheme="majorHAnsi" w:cstheme="majorHAnsi"/>
        </w:rPr>
      </w:pPr>
    </w:p>
    <w:p w:rsidR="000F425E" w:rsidRPr="00335A3D" w:rsidRDefault="00000000">
      <w:pPr>
        <w:spacing w:after="40"/>
        <w:ind w:left="115"/>
        <w:rPr>
          <w:rFonts w:asciiTheme="majorHAnsi" w:hAnsiTheme="majorHAnsi" w:cstheme="majorHAnsi"/>
        </w:rPr>
      </w:pPr>
      <w:r w:rsidRPr="00335A3D">
        <w:rPr>
          <w:rFonts w:ascii="Segoe UI Symbol" w:hAnsi="Segoe UI Symbol" w:cs="Segoe UI Symbol"/>
          <w:sz w:val="22"/>
        </w:rPr>
        <w:t>☐</w:t>
      </w:r>
      <w:r w:rsidRPr="00335A3D">
        <w:rPr>
          <w:rFonts w:asciiTheme="majorHAnsi" w:hAnsiTheme="majorHAnsi" w:cstheme="majorHAnsi"/>
          <w:sz w:val="22"/>
        </w:rPr>
        <w:t xml:space="preserve">  </w:t>
      </w:r>
      <w:r w:rsidRPr="00335A3D">
        <w:rPr>
          <w:rFonts w:asciiTheme="majorHAnsi" w:hAnsiTheme="majorHAnsi" w:cstheme="majorHAnsi"/>
        </w:rPr>
        <w:t>__________________________________________________________________</w:t>
      </w:r>
    </w:p>
    <w:p w:rsidR="005E4FB4" w:rsidRPr="00335A3D" w:rsidRDefault="005E4FB4">
      <w:pPr>
        <w:spacing w:after="40"/>
        <w:ind w:left="115"/>
        <w:rPr>
          <w:rFonts w:asciiTheme="majorHAnsi" w:hAnsiTheme="majorHAnsi" w:cstheme="majorHAnsi"/>
        </w:rPr>
      </w:pPr>
    </w:p>
    <w:p w:rsidR="000F425E" w:rsidRPr="00335A3D" w:rsidRDefault="00000000">
      <w:pPr>
        <w:spacing w:after="40"/>
        <w:ind w:left="115"/>
        <w:rPr>
          <w:rFonts w:asciiTheme="majorHAnsi" w:hAnsiTheme="majorHAnsi" w:cstheme="majorHAnsi"/>
        </w:rPr>
      </w:pPr>
      <w:r w:rsidRPr="00335A3D">
        <w:rPr>
          <w:rFonts w:ascii="Segoe UI Symbol" w:hAnsi="Segoe UI Symbol" w:cs="Segoe UI Symbol"/>
          <w:sz w:val="22"/>
        </w:rPr>
        <w:t>☐</w:t>
      </w:r>
      <w:r w:rsidRPr="00335A3D">
        <w:rPr>
          <w:rFonts w:asciiTheme="majorHAnsi" w:hAnsiTheme="majorHAnsi" w:cstheme="majorHAnsi"/>
          <w:sz w:val="22"/>
        </w:rPr>
        <w:t xml:space="preserve">  </w:t>
      </w:r>
      <w:r w:rsidRPr="00335A3D">
        <w:rPr>
          <w:rFonts w:asciiTheme="majorHAnsi" w:hAnsiTheme="majorHAnsi" w:cstheme="majorHAnsi"/>
        </w:rPr>
        <w:t>__________________________________________________________________</w:t>
      </w:r>
    </w:p>
    <w:p w:rsidR="005E4FB4" w:rsidRPr="00335A3D" w:rsidRDefault="005E4FB4">
      <w:pPr>
        <w:spacing w:after="40"/>
        <w:ind w:left="115"/>
        <w:rPr>
          <w:rFonts w:asciiTheme="majorHAnsi" w:hAnsiTheme="majorHAnsi" w:cstheme="majorHAnsi"/>
        </w:rPr>
      </w:pPr>
    </w:p>
    <w:p w:rsidR="000F425E" w:rsidRPr="00335A3D" w:rsidRDefault="00000000">
      <w:pPr>
        <w:spacing w:after="40"/>
        <w:ind w:left="115"/>
        <w:rPr>
          <w:rFonts w:asciiTheme="majorHAnsi" w:hAnsiTheme="majorHAnsi" w:cstheme="majorHAnsi"/>
        </w:rPr>
      </w:pPr>
      <w:r w:rsidRPr="00335A3D">
        <w:rPr>
          <w:rFonts w:ascii="Segoe UI Symbol" w:hAnsi="Segoe UI Symbol" w:cs="Segoe UI Symbol"/>
          <w:sz w:val="22"/>
        </w:rPr>
        <w:t>☐</w:t>
      </w:r>
      <w:r w:rsidRPr="00335A3D">
        <w:rPr>
          <w:rFonts w:asciiTheme="majorHAnsi" w:hAnsiTheme="majorHAnsi" w:cstheme="majorHAnsi"/>
          <w:sz w:val="22"/>
        </w:rPr>
        <w:t xml:space="preserve">  </w:t>
      </w:r>
      <w:r w:rsidRPr="00335A3D">
        <w:rPr>
          <w:rFonts w:asciiTheme="majorHAnsi" w:hAnsiTheme="majorHAnsi" w:cstheme="majorHAnsi"/>
        </w:rPr>
        <w:t>__________________________________________________________________</w:t>
      </w:r>
    </w:p>
    <w:p w:rsidR="005E4FB4" w:rsidRPr="00335A3D" w:rsidRDefault="005E4FB4">
      <w:pPr>
        <w:spacing w:after="40"/>
        <w:ind w:left="115"/>
        <w:rPr>
          <w:rFonts w:asciiTheme="majorHAnsi" w:hAnsiTheme="majorHAnsi" w:cstheme="majorHAnsi"/>
        </w:rPr>
      </w:pPr>
    </w:p>
    <w:p w:rsidR="000F425E" w:rsidRPr="00335A3D" w:rsidRDefault="00000000">
      <w:pPr>
        <w:spacing w:after="40"/>
        <w:ind w:left="115"/>
        <w:rPr>
          <w:rFonts w:asciiTheme="majorHAnsi" w:hAnsiTheme="majorHAnsi" w:cstheme="majorHAnsi"/>
        </w:rPr>
      </w:pPr>
      <w:r w:rsidRPr="00335A3D">
        <w:rPr>
          <w:rFonts w:ascii="Segoe UI Symbol" w:hAnsi="Segoe UI Symbol" w:cs="Segoe UI Symbol"/>
          <w:sz w:val="22"/>
        </w:rPr>
        <w:t>☐</w:t>
      </w:r>
      <w:r w:rsidRPr="00335A3D">
        <w:rPr>
          <w:rFonts w:asciiTheme="majorHAnsi" w:hAnsiTheme="majorHAnsi" w:cstheme="majorHAnsi"/>
          <w:sz w:val="22"/>
        </w:rPr>
        <w:t xml:space="preserve">  </w:t>
      </w:r>
      <w:r w:rsidRPr="00335A3D">
        <w:rPr>
          <w:rFonts w:asciiTheme="majorHAnsi" w:hAnsiTheme="majorHAnsi" w:cstheme="majorHAnsi"/>
        </w:rPr>
        <w:t>__________________________________________________________________</w:t>
      </w:r>
    </w:p>
    <w:p w:rsidR="005E4FB4" w:rsidRPr="00335A3D" w:rsidRDefault="005E4FB4">
      <w:pPr>
        <w:spacing w:after="40"/>
        <w:ind w:left="115"/>
        <w:rPr>
          <w:rFonts w:asciiTheme="majorHAnsi" w:hAnsiTheme="majorHAnsi" w:cstheme="majorHAnsi"/>
        </w:rPr>
      </w:pPr>
    </w:p>
    <w:p w:rsidR="000F425E" w:rsidRPr="00335A3D" w:rsidRDefault="00000000">
      <w:pPr>
        <w:spacing w:after="40"/>
        <w:ind w:left="115"/>
        <w:rPr>
          <w:rFonts w:asciiTheme="majorHAnsi" w:hAnsiTheme="majorHAnsi" w:cstheme="majorHAnsi"/>
        </w:rPr>
      </w:pPr>
      <w:r w:rsidRPr="00335A3D">
        <w:rPr>
          <w:rFonts w:ascii="Segoe UI Symbol" w:hAnsi="Segoe UI Symbol" w:cs="Segoe UI Symbol"/>
          <w:sz w:val="22"/>
        </w:rPr>
        <w:t>☐</w:t>
      </w:r>
      <w:r w:rsidRPr="00335A3D">
        <w:rPr>
          <w:rFonts w:asciiTheme="majorHAnsi" w:hAnsiTheme="majorHAnsi" w:cstheme="majorHAnsi"/>
          <w:sz w:val="22"/>
        </w:rPr>
        <w:t xml:space="preserve">  </w:t>
      </w:r>
      <w:r w:rsidRPr="00335A3D">
        <w:rPr>
          <w:rFonts w:asciiTheme="majorHAnsi" w:hAnsiTheme="majorHAnsi" w:cstheme="majorHAnsi"/>
        </w:rPr>
        <w:t>__________________________________________________________________</w:t>
      </w:r>
    </w:p>
    <w:p w:rsidR="005E4FB4" w:rsidRPr="00335A3D" w:rsidRDefault="005E4FB4">
      <w:pPr>
        <w:spacing w:after="200" w:line="276" w:lineRule="auto"/>
        <w:rPr>
          <w:rFonts w:asciiTheme="majorHAnsi" w:eastAsiaTheme="majorEastAsia" w:hAnsiTheme="majorHAnsi" w:cstheme="majorHAnsi"/>
          <w:b/>
          <w:bCs/>
          <w:color w:val="16324F"/>
          <w:sz w:val="34"/>
          <w:szCs w:val="28"/>
        </w:rPr>
      </w:pPr>
      <w:r w:rsidRPr="00335A3D">
        <w:rPr>
          <w:rFonts w:asciiTheme="majorHAnsi" w:hAnsiTheme="majorHAnsi" w:cstheme="majorHAnsi"/>
        </w:rPr>
        <w:br w:type="page"/>
      </w:r>
    </w:p>
    <w:p w:rsidR="000F425E" w:rsidRPr="00335A3D" w:rsidRDefault="00000000">
      <w:pPr>
        <w:pStyle w:val="Heading1"/>
        <w:rPr>
          <w:rFonts w:cstheme="majorHAnsi"/>
        </w:rPr>
      </w:pPr>
      <w:r w:rsidRPr="00335A3D">
        <w:rPr>
          <w:rFonts w:cstheme="majorHAnsi"/>
        </w:rPr>
        <w:lastRenderedPageBreak/>
        <w:t>Things I'm Waiting For</w:t>
      </w:r>
    </w:p>
    <w:p w:rsidR="000F425E" w:rsidRPr="00335A3D" w:rsidRDefault="00000000">
      <w:pPr>
        <w:rPr>
          <w:rFonts w:asciiTheme="majorHAnsi" w:hAnsiTheme="majorHAnsi" w:cstheme="majorHAnsi"/>
        </w:rPr>
      </w:pPr>
      <w:r w:rsidRPr="00335A3D">
        <w:rPr>
          <w:rFonts w:asciiTheme="majorHAnsi" w:hAnsiTheme="majorHAnsi" w:cstheme="majorHAnsi"/>
        </w:rPr>
        <w:t>Sometimes you've done your bit and you're waiting for somebody else. Write that down too, otherwise a week later you can find yourself wondering, “What the hell happened with that?”</w:t>
      </w:r>
    </w:p>
    <w:tbl>
      <w:tblPr>
        <w:tblStyle w:val="TableGrid"/>
        <w:tblW w:w="0" w:type="auto"/>
        <w:jc w:val="center"/>
        <w:tblLook w:val="04A0" w:firstRow="1" w:lastRow="0" w:firstColumn="1" w:lastColumn="0" w:noHBand="0" w:noVBand="1"/>
      </w:tblPr>
      <w:tblGrid>
        <w:gridCol w:w="2541"/>
        <w:gridCol w:w="2541"/>
        <w:gridCol w:w="2541"/>
        <w:gridCol w:w="2541"/>
      </w:tblGrid>
      <w:tr w:rsidR="000F425E" w:rsidRPr="00335A3D">
        <w:trPr>
          <w:jc w:val="center"/>
        </w:trPr>
        <w:tc>
          <w:tcPr>
            <w:tcW w:w="2541" w:type="dxa"/>
            <w:vAlign w:val="center"/>
          </w:tcPr>
          <w:p w:rsidR="000F425E" w:rsidRPr="00335A3D" w:rsidRDefault="00000000">
            <w:pPr>
              <w:rPr>
                <w:rFonts w:asciiTheme="majorHAnsi" w:hAnsiTheme="majorHAnsi" w:cstheme="majorHAnsi"/>
              </w:rPr>
            </w:pPr>
            <w:r w:rsidRPr="00335A3D">
              <w:rPr>
                <w:rFonts w:asciiTheme="majorHAnsi" w:hAnsiTheme="majorHAnsi" w:cstheme="majorHAnsi"/>
                <w:b/>
              </w:rPr>
              <w:t>Waiting for</w:t>
            </w:r>
          </w:p>
        </w:tc>
        <w:tc>
          <w:tcPr>
            <w:tcW w:w="2541" w:type="dxa"/>
            <w:vAlign w:val="center"/>
          </w:tcPr>
          <w:p w:rsidR="000F425E" w:rsidRPr="00335A3D" w:rsidRDefault="00000000">
            <w:pPr>
              <w:rPr>
                <w:rFonts w:asciiTheme="majorHAnsi" w:hAnsiTheme="majorHAnsi" w:cstheme="majorHAnsi"/>
              </w:rPr>
            </w:pPr>
            <w:r w:rsidRPr="00335A3D">
              <w:rPr>
                <w:rFonts w:asciiTheme="majorHAnsi" w:hAnsiTheme="majorHAnsi" w:cstheme="majorHAnsi"/>
                <w:b/>
              </w:rPr>
              <w:t>From whom?</w:t>
            </w:r>
          </w:p>
        </w:tc>
        <w:tc>
          <w:tcPr>
            <w:tcW w:w="2541" w:type="dxa"/>
            <w:vAlign w:val="center"/>
          </w:tcPr>
          <w:p w:rsidR="000F425E" w:rsidRPr="00335A3D" w:rsidRDefault="00000000">
            <w:pPr>
              <w:rPr>
                <w:rFonts w:asciiTheme="majorHAnsi" w:hAnsiTheme="majorHAnsi" w:cstheme="majorHAnsi"/>
              </w:rPr>
            </w:pPr>
            <w:r w:rsidRPr="00335A3D">
              <w:rPr>
                <w:rFonts w:asciiTheme="majorHAnsi" w:hAnsiTheme="majorHAnsi" w:cstheme="majorHAnsi"/>
                <w:b/>
              </w:rPr>
              <w:t>Date</w:t>
            </w:r>
          </w:p>
        </w:tc>
        <w:tc>
          <w:tcPr>
            <w:tcW w:w="2541" w:type="dxa"/>
            <w:vAlign w:val="center"/>
          </w:tcPr>
          <w:p w:rsidR="000F425E" w:rsidRPr="00335A3D" w:rsidRDefault="00000000">
            <w:pPr>
              <w:rPr>
                <w:rFonts w:asciiTheme="majorHAnsi" w:hAnsiTheme="majorHAnsi" w:cstheme="majorHAnsi"/>
              </w:rPr>
            </w:pPr>
            <w:r w:rsidRPr="00335A3D">
              <w:rPr>
                <w:rFonts w:asciiTheme="majorHAnsi" w:hAnsiTheme="majorHAnsi" w:cstheme="majorHAnsi"/>
                <w:b/>
              </w:rPr>
              <w:t>Chase on</w:t>
            </w:r>
          </w:p>
        </w:tc>
      </w:tr>
      <w:tr w:rsidR="000F425E" w:rsidRPr="00335A3D">
        <w:trPr>
          <w:jc w:val="center"/>
        </w:trPr>
        <w:tc>
          <w:tcPr>
            <w:tcW w:w="2541" w:type="dxa"/>
          </w:tcPr>
          <w:p w:rsidR="000F425E" w:rsidRPr="00335A3D" w:rsidRDefault="00000000">
            <w:pPr>
              <w:rPr>
                <w:rFonts w:asciiTheme="majorHAnsi" w:hAnsiTheme="majorHAnsi" w:cstheme="majorHAnsi"/>
              </w:rPr>
            </w:pPr>
            <w:r w:rsidRPr="00335A3D">
              <w:rPr>
                <w:rFonts w:asciiTheme="majorHAnsi" w:hAnsiTheme="majorHAnsi" w:cstheme="majorHAnsi"/>
              </w:rPr>
              <w:br/>
            </w:r>
          </w:p>
          <w:p w:rsidR="005E4FB4" w:rsidRPr="00335A3D" w:rsidRDefault="005E4FB4">
            <w:pPr>
              <w:rPr>
                <w:rFonts w:asciiTheme="majorHAnsi" w:hAnsiTheme="majorHAnsi" w:cstheme="majorHAnsi"/>
              </w:rPr>
            </w:pPr>
          </w:p>
        </w:tc>
        <w:tc>
          <w:tcPr>
            <w:tcW w:w="2541" w:type="dxa"/>
          </w:tcPr>
          <w:p w:rsidR="000F425E" w:rsidRPr="00335A3D" w:rsidRDefault="00000000">
            <w:pPr>
              <w:rPr>
                <w:rFonts w:asciiTheme="majorHAnsi" w:hAnsiTheme="majorHAnsi" w:cstheme="majorHAnsi"/>
              </w:rPr>
            </w:pPr>
            <w:r w:rsidRPr="00335A3D">
              <w:rPr>
                <w:rFonts w:asciiTheme="majorHAnsi" w:hAnsiTheme="majorHAnsi" w:cstheme="majorHAnsi"/>
              </w:rPr>
              <w:br/>
            </w:r>
          </w:p>
        </w:tc>
        <w:tc>
          <w:tcPr>
            <w:tcW w:w="2541" w:type="dxa"/>
          </w:tcPr>
          <w:p w:rsidR="000F425E" w:rsidRPr="00335A3D" w:rsidRDefault="00000000">
            <w:pPr>
              <w:rPr>
                <w:rFonts w:asciiTheme="majorHAnsi" w:hAnsiTheme="majorHAnsi" w:cstheme="majorHAnsi"/>
              </w:rPr>
            </w:pPr>
            <w:r w:rsidRPr="00335A3D">
              <w:rPr>
                <w:rFonts w:asciiTheme="majorHAnsi" w:hAnsiTheme="majorHAnsi" w:cstheme="majorHAnsi"/>
              </w:rPr>
              <w:br/>
            </w:r>
          </w:p>
        </w:tc>
        <w:tc>
          <w:tcPr>
            <w:tcW w:w="2541" w:type="dxa"/>
          </w:tcPr>
          <w:p w:rsidR="000F425E" w:rsidRPr="00335A3D" w:rsidRDefault="00000000">
            <w:pPr>
              <w:rPr>
                <w:rFonts w:asciiTheme="majorHAnsi" w:hAnsiTheme="majorHAnsi" w:cstheme="majorHAnsi"/>
              </w:rPr>
            </w:pPr>
            <w:r w:rsidRPr="00335A3D">
              <w:rPr>
                <w:rFonts w:asciiTheme="majorHAnsi" w:hAnsiTheme="majorHAnsi" w:cstheme="majorHAnsi"/>
              </w:rPr>
              <w:br/>
            </w:r>
          </w:p>
        </w:tc>
      </w:tr>
      <w:tr w:rsidR="000F425E" w:rsidRPr="00335A3D">
        <w:trPr>
          <w:jc w:val="center"/>
        </w:trPr>
        <w:tc>
          <w:tcPr>
            <w:tcW w:w="2541" w:type="dxa"/>
          </w:tcPr>
          <w:p w:rsidR="000F425E" w:rsidRPr="00335A3D" w:rsidRDefault="00000000">
            <w:pPr>
              <w:rPr>
                <w:rFonts w:asciiTheme="majorHAnsi" w:hAnsiTheme="majorHAnsi" w:cstheme="majorHAnsi"/>
              </w:rPr>
            </w:pPr>
            <w:r w:rsidRPr="00335A3D">
              <w:rPr>
                <w:rFonts w:asciiTheme="majorHAnsi" w:hAnsiTheme="majorHAnsi" w:cstheme="majorHAnsi"/>
              </w:rPr>
              <w:br/>
            </w:r>
          </w:p>
          <w:p w:rsidR="005E4FB4" w:rsidRPr="00335A3D" w:rsidRDefault="005E4FB4">
            <w:pPr>
              <w:rPr>
                <w:rFonts w:asciiTheme="majorHAnsi" w:hAnsiTheme="majorHAnsi" w:cstheme="majorHAnsi"/>
              </w:rPr>
            </w:pPr>
          </w:p>
        </w:tc>
        <w:tc>
          <w:tcPr>
            <w:tcW w:w="2541" w:type="dxa"/>
          </w:tcPr>
          <w:p w:rsidR="000F425E" w:rsidRPr="00335A3D" w:rsidRDefault="00000000">
            <w:pPr>
              <w:rPr>
                <w:rFonts w:asciiTheme="majorHAnsi" w:hAnsiTheme="majorHAnsi" w:cstheme="majorHAnsi"/>
              </w:rPr>
            </w:pPr>
            <w:r w:rsidRPr="00335A3D">
              <w:rPr>
                <w:rFonts w:asciiTheme="majorHAnsi" w:hAnsiTheme="majorHAnsi" w:cstheme="majorHAnsi"/>
              </w:rPr>
              <w:br/>
            </w:r>
          </w:p>
        </w:tc>
        <w:tc>
          <w:tcPr>
            <w:tcW w:w="2541" w:type="dxa"/>
          </w:tcPr>
          <w:p w:rsidR="000F425E" w:rsidRPr="00335A3D" w:rsidRDefault="00000000">
            <w:pPr>
              <w:rPr>
                <w:rFonts w:asciiTheme="majorHAnsi" w:hAnsiTheme="majorHAnsi" w:cstheme="majorHAnsi"/>
              </w:rPr>
            </w:pPr>
            <w:r w:rsidRPr="00335A3D">
              <w:rPr>
                <w:rFonts w:asciiTheme="majorHAnsi" w:hAnsiTheme="majorHAnsi" w:cstheme="majorHAnsi"/>
              </w:rPr>
              <w:br/>
            </w:r>
          </w:p>
        </w:tc>
        <w:tc>
          <w:tcPr>
            <w:tcW w:w="2541" w:type="dxa"/>
          </w:tcPr>
          <w:p w:rsidR="000F425E" w:rsidRPr="00335A3D" w:rsidRDefault="00000000">
            <w:pPr>
              <w:rPr>
                <w:rFonts w:asciiTheme="majorHAnsi" w:hAnsiTheme="majorHAnsi" w:cstheme="majorHAnsi"/>
              </w:rPr>
            </w:pPr>
            <w:r w:rsidRPr="00335A3D">
              <w:rPr>
                <w:rFonts w:asciiTheme="majorHAnsi" w:hAnsiTheme="majorHAnsi" w:cstheme="majorHAnsi"/>
              </w:rPr>
              <w:br/>
            </w:r>
          </w:p>
        </w:tc>
      </w:tr>
      <w:tr w:rsidR="000F425E" w:rsidRPr="00335A3D">
        <w:trPr>
          <w:jc w:val="center"/>
        </w:trPr>
        <w:tc>
          <w:tcPr>
            <w:tcW w:w="2541" w:type="dxa"/>
          </w:tcPr>
          <w:p w:rsidR="000F425E" w:rsidRPr="00335A3D" w:rsidRDefault="00000000">
            <w:pPr>
              <w:rPr>
                <w:rFonts w:asciiTheme="majorHAnsi" w:hAnsiTheme="majorHAnsi" w:cstheme="majorHAnsi"/>
              </w:rPr>
            </w:pPr>
            <w:r w:rsidRPr="00335A3D">
              <w:rPr>
                <w:rFonts w:asciiTheme="majorHAnsi" w:hAnsiTheme="majorHAnsi" w:cstheme="majorHAnsi"/>
              </w:rPr>
              <w:br/>
            </w:r>
          </w:p>
          <w:p w:rsidR="005E4FB4" w:rsidRPr="00335A3D" w:rsidRDefault="005E4FB4">
            <w:pPr>
              <w:rPr>
                <w:rFonts w:asciiTheme="majorHAnsi" w:hAnsiTheme="majorHAnsi" w:cstheme="majorHAnsi"/>
              </w:rPr>
            </w:pPr>
          </w:p>
        </w:tc>
        <w:tc>
          <w:tcPr>
            <w:tcW w:w="2541" w:type="dxa"/>
          </w:tcPr>
          <w:p w:rsidR="000F425E" w:rsidRPr="00335A3D" w:rsidRDefault="00000000">
            <w:pPr>
              <w:rPr>
                <w:rFonts w:asciiTheme="majorHAnsi" w:hAnsiTheme="majorHAnsi" w:cstheme="majorHAnsi"/>
              </w:rPr>
            </w:pPr>
            <w:r w:rsidRPr="00335A3D">
              <w:rPr>
                <w:rFonts w:asciiTheme="majorHAnsi" w:hAnsiTheme="majorHAnsi" w:cstheme="majorHAnsi"/>
              </w:rPr>
              <w:br/>
            </w:r>
          </w:p>
        </w:tc>
        <w:tc>
          <w:tcPr>
            <w:tcW w:w="2541" w:type="dxa"/>
          </w:tcPr>
          <w:p w:rsidR="000F425E" w:rsidRPr="00335A3D" w:rsidRDefault="00000000">
            <w:pPr>
              <w:rPr>
                <w:rFonts w:asciiTheme="majorHAnsi" w:hAnsiTheme="majorHAnsi" w:cstheme="majorHAnsi"/>
              </w:rPr>
            </w:pPr>
            <w:r w:rsidRPr="00335A3D">
              <w:rPr>
                <w:rFonts w:asciiTheme="majorHAnsi" w:hAnsiTheme="majorHAnsi" w:cstheme="majorHAnsi"/>
              </w:rPr>
              <w:br/>
            </w:r>
          </w:p>
        </w:tc>
        <w:tc>
          <w:tcPr>
            <w:tcW w:w="2541" w:type="dxa"/>
          </w:tcPr>
          <w:p w:rsidR="000F425E" w:rsidRPr="00335A3D" w:rsidRDefault="00000000">
            <w:pPr>
              <w:rPr>
                <w:rFonts w:asciiTheme="majorHAnsi" w:hAnsiTheme="majorHAnsi" w:cstheme="majorHAnsi"/>
              </w:rPr>
            </w:pPr>
            <w:r w:rsidRPr="00335A3D">
              <w:rPr>
                <w:rFonts w:asciiTheme="majorHAnsi" w:hAnsiTheme="majorHAnsi" w:cstheme="majorHAnsi"/>
              </w:rPr>
              <w:br/>
            </w:r>
          </w:p>
        </w:tc>
      </w:tr>
      <w:tr w:rsidR="000F425E" w:rsidRPr="00335A3D">
        <w:trPr>
          <w:jc w:val="center"/>
        </w:trPr>
        <w:tc>
          <w:tcPr>
            <w:tcW w:w="2541" w:type="dxa"/>
          </w:tcPr>
          <w:p w:rsidR="000F425E" w:rsidRPr="00335A3D" w:rsidRDefault="00000000">
            <w:pPr>
              <w:rPr>
                <w:rFonts w:asciiTheme="majorHAnsi" w:hAnsiTheme="majorHAnsi" w:cstheme="majorHAnsi"/>
              </w:rPr>
            </w:pPr>
            <w:r w:rsidRPr="00335A3D">
              <w:rPr>
                <w:rFonts w:asciiTheme="majorHAnsi" w:hAnsiTheme="majorHAnsi" w:cstheme="majorHAnsi"/>
              </w:rPr>
              <w:br/>
            </w:r>
          </w:p>
          <w:p w:rsidR="005E4FB4" w:rsidRPr="00335A3D" w:rsidRDefault="005E4FB4">
            <w:pPr>
              <w:rPr>
                <w:rFonts w:asciiTheme="majorHAnsi" w:hAnsiTheme="majorHAnsi" w:cstheme="majorHAnsi"/>
              </w:rPr>
            </w:pPr>
          </w:p>
        </w:tc>
        <w:tc>
          <w:tcPr>
            <w:tcW w:w="2541" w:type="dxa"/>
          </w:tcPr>
          <w:p w:rsidR="000F425E" w:rsidRPr="00335A3D" w:rsidRDefault="00000000">
            <w:pPr>
              <w:rPr>
                <w:rFonts w:asciiTheme="majorHAnsi" w:hAnsiTheme="majorHAnsi" w:cstheme="majorHAnsi"/>
              </w:rPr>
            </w:pPr>
            <w:r w:rsidRPr="00335A3D">
              <w:rPr>
                <w:rFonts w:asciiTheme="majorHAnsi" w:hAnsiTheme="majorHAnsi" w:cstheme="majorHAnsi"/>
              </w:rPr>
              <w:br/>
            </w:r>
          </w:p>
        </w:tc>
        <w:tc>
          <w:tcPr>
            <w:tcW w:w="2541" w:type="dxa"/>
          </w:tcPr>
          <w:p w:rsidR="000F425E" w:rsidRPr="00335A3D" w:rsidRDefault="00000000">
            <w:pPr>
              <w:rPr>
                <w:rFonts w:asciiTheme="majorHAnsi" w:hAnsiTheme="majorHAnsi" w:cstheme="majorHAnsi"/>
              </w:rPr>
            </w:pPr>
            <w:r w:rsidRPr="00335A3D">
              <w:rPr>
                <w:rFonts w:asciiTheme="majorHAnsi" w:hAnsiTheme="majorHAnsi" w:cstheme="majorHAnsi"/>
              </w:rPr>
              <w:br/>
            </w:r>
          </w:p>
        </w:tc>
        <w:tc>
          <w:tcPr>
            <w:tcW w:w="2541" w:type="dxa"/>
          </w:tcPr>
          <w:p w:rsidR="000F425E" w:rsidRPr="00335A3D" w:rsidRDefault="00000000">
            <w:pPr>
              <w:rPr>
                <w:rFonts w:asciiTheme="majorHAnsi" w:hAnsiTheme="majorHAnsi" w:cstheme="majorHAnsi"/>
              </w:rPr>
            </w:pPr>
            <w:r w:rsidRPr="00335A3D">
              <w:rPr>
                <w:rFonts w:asciiTheme="majorHAnsi" w:hAnsiTheme="majorHAnsi" w:cstheme="majorHAnsi"/>
              </w:rPr>
              <w:br/>
            </w:r>
          </w:p>
        </w:tc>
      </w:tr>
      <w:tr w:rsidR="000F425E" w:rsidRPr="00335A3D">
        <w:trPr>
          <w:jc w:val="center"/>
        </w:trPr>
        <w:tc>
          <w:tcPr>
            <w:tcW w:w="2541" w:type="dxa"/>
          </w:tcPr>
          <w:p w:rsidR="000F425E" w:rsidRPr="00335A3D" w:rsidRDefault="00000000">
            <w:pPr>
              <w:rPr>
                <w:rFonts w:asciiTheme="majorHAnsi" w:hAnsiTheme="majorHAnsi" w:cstheme="majorHAnsi"/>
              </w:rPr>
            </w:pPr>
            <w:r w:rsidRPr="00335A3D">
              <w:rPr>
                <w:rFonts w:asciiTheme="majorHAnsi" w:hAnsiTheme="majorHAnsi" w:cstheme="majorHAnsi"/>
              </w:rPr>
              <w:br/>
            </w:r>
          </w:p>
          <w:p w:rsidR="005E4FB4" w:rsidRPr="00335A3D" w:rsidRDefault="005E4FB4">
            <w:pPr>
              <w:rPr>
                <w:rFonts w:asciiTheme="majorHAnsi" w:hAnsiTheme="majorHAnsi" w:cstheme="majorHAnsi"/>
              </w:rPr>
            </w:pPr>
          </w:p>
        </w:tc>
        <w:tc>
          <w:tcPr>
            <w:tcW w:w="2541" w:type="dxa"/>
          </w:tcPr>
          <w:p w:rsidR="000F425E" w:rsidRPr="00335A3D" w:rsidRDefault="00000000">
            <w:pPr>
              <w:rPr>
                <w:rFonts w:asciiTheme="majorHAnsi" w:hAnsiTheme="majorHAnsi" w:cstheme="majorHAnsi"/>
              </w:rPr>
            </w:pPr>
            <w:r w:rsidRPr="00335A3D">
              <w:rPr>
                <w:rFonts w:asciiTheme="majorHAnsi" w:hAnsiTheme="majorHAnsi" w:cstheme="majorHAnsi"/>
              </w:rPr>
              <w:br/>
            </w:r>
          </w:p>
        </w:tc>
        <w:tc>
          <w:tcPr>
            <w:tcW w:w="2541" w:type="dxa"/>
          </w:tcPr>
          <w:p w:rsidR="000F425E" w:rsidRPr="00335A3D" w:rsidRDefault="00000000">
            <w:pPr>
              <w:rPr>
                <w:rFonts w:asciiTheme="majorHAnsi" w:hAnsiTheme="majorHAnsi" w:cstheme="majorHAnsi"/>
              </w:rPr>
            </w:pPr>
            <w:r w:rsidRPr="00335A3D">
              <w:rPr>
                <w:rFonts w:asciiTheme="majorHAnsi" w:hAnsiTheme="majorHAnsi" w:cstheme="majorHAnsi"/>
              </w:rPr>
              <w:br/>
            </w:r>
          </w:p>
        </w:tc>
        <w:tc>
          <w:tcPr>
            <w:tcW w:w="2541" w:type="dxa"/>
          </w:tcPr>
          <w:p w:rsidR="000F425E" w:rsidRPr="00335A3D" w:rsidRDefault="00000000">
            <w:pPr>
              <w:rPr>
                <w:rFonts w:asciiTheme="majorHAnsi" w:hAnsiTheme="majorHAnsi" w:cstheme="majorHAnsi"/>
              </w:rPr>
            </w:pPr>
            <w:r w:rsidRPr="00335A3D">
              <w:rPr>
                <w:rFonts w:asciiTheme="majorHAnsi" w:hAnsiTheme="majorHAnsi" w:cstheme="majorHAnsi"/>
              </w:rPr>
              <w:br/>
            </w:r>
          </w:p>
        </w:tc>
      </w:tr>
      <w:tr w:rsidR="000F425E" w:rsidRPr="00335A3D">
        <w:trPr>
          <w:jc w:val="center"/>
        </w:trPr>
        <w:tc>
          <w:tcPr>
            <w:tcW w:w="2541" w:type="dxa"/>
          </w:tcPr>
          <w:p w:rsidR="000F425E" w:rsidRPr="00335A3D" w:rsidRDefault="00000000">
            <w:pPr>
              <w:rPr>
                <w:rFonts w:asciiTheme="majorHAnsi" w:hAnsiTheme="majorHAnsi" w:cstheme="majorHAnsi"/>
              </w:rPr>
            </w:pPr>
            <w:r w:rsidRPr="00335A3D">
              <w:rPr>
                <w:rFonts w:asciiTheme="majorHAnsi" w:hAnsiTheme="majorHAnsi" w:cstheme="majorHAnsi"/>
              </w:rPr>
              <w:br/>
            </w:r>
          </w:p>
          <w:p w:rsidR="005E4FB4" w:rsidRPr="00335A3D" w:rsidRDefault="005E4FB4">
            <w:pPr>
              <w:rPr>
                <w:rFonts w:asciiTheme="majorHAnsi" w:hAnsiTheme="majorHAnsi" w:cstheme="majorHAnsi"/>
              </w:rPr>
            </w:pPr>
          </w:p>
        </w:tc>
        <w:tc>
          <w:tcPr>
            <w:tcW w:w="2541" w:type="dxa"/>
          </w:tcPr>
          <w:p w:rsidR="000F425E" w:rsidRPr="00335A3D" w:rsidRDefault="00000000">
            <w:pPr>
              <w:rPr>
                <w:rFonts w:asciiTheme="majorHAnsi" w:hAnsiTheme="majorHAnsi" w:cstheme="majorHAnsi"/>
              </w:rPr>
            </w:pPr>
            <w:r w:rsidRPr="00335A3D">
              <w:rPr>
                <w:rFonts w:asciiTheme="majorHAnsi" w:hAnsiTheme="majorHAnsi" w:cstheme="majorHAnsi"/>
              </w:rPr>
              <w:br/>
            </w:r>
          </w:p>
        </w:tc>
        <w:tc>
          <w:tcPr>
            <w:tcW w:w="2541" w:type="dxa"/>
          </w:tcPr>
          <w:p w:rsidR="000F425E" w:rsidRPr="00335A3D" w:rsidRDefault="00000000">
            <w:pPr>
              <w:rPr>
                <w:rFonts w:asciiTheme="majorHAnsi" w:hAnsiTheme="majorHAnsi" w:cstheme="majorHAnsi"/>
              </w:rPr>
            </w:pPr>
            <w:r w:rsidRPr="00335A3D">
              <w:rPr>
                <w:rFonts w:asciiTheme="majorHAnsi" w:hAnsiTheme="majorHAnsi" w:cstheme="majorHAnsi"/>
              </w:rPr>
              <w:br/>
            </w:r>
          </w:p>
        </w:tc>
        <w:tc>
          <w:tcPr>
            <w:tcW w:w="2541" w:type="dxa"/>
          </w:tcPr>
          <w:p w:rsidR="000F425E" w:rsidRPr="00335A3D" w:rsidRDefault="00000000">
            <w:pPr>
              <w:rPr>
                <w:rFonts w:asciiTheme="majorHAnsi" w:hAnsiTheme="majorHAnsi" w:cstheme="majorHAnsi"/>
              </w:rPr>
            </w:pPr>
            <w:r w:rsidRPr="00335A3D">
              <w:rPr>
                <w:rFonts w:asciiTheme="majorHAnsi" w:hAnsiTheme="majorHAnsi" w:cstheme="majorHAnsi"/>
              </w:rPr>
              <w:br/>
            </w:r>
          </w:p>
        </w:tc>
      </w:tr>
      <w:tr w:rsidR="000F425E" w:rsidRPr="00335A3D">
        <w:trPr>
          <w:jc w:val="center"/>
        </w:trPr>
        <w:tc>
          <w:tcPr>
            <w:tcW w:w="2541" w:type="dxa"/>
          </w:tcPr>
          <w:p w:rsidR="005E4FB4" w:rsidRPr="00335A3D" w:rsidRDefault="005E4FB4">
            <w:pPr>
              <w:rPr>
                <w:rFonts w:asciiTheme="majorHAnsi" w:hAnsiTheme="majorHAnsi" w:cstheme="majorHAnsi"/>
              </w:rPr>
            </w:pPr>
          </w:p>
          <w:p w:rsidR="000F425E" w:rsidRPr="00335A3D" w:rsidRDefault="00000000">
            <w:pPr>
              <w:rPr>
                <w:rFonts w:asciiTheme="majorHAnsi" w:hAnsiTheme="majorHAnsi" w:cstheme="majorHAnsi"/>
              </w:rPr>
            </w:pPr>
            <w:r w:rsidRPr="00335A3D">
              <w:rPr>
                <w:rFonts w:asciiTheme="majorHAnsi" w:hAnsiTheme="majorHAnsi" w:cstheme="majorHAnsi"/>
              </w:rPr>
              <w:br/>
            </w:r>
          </w:p>
        </w:tc>
        <w:tc>
          <w:tcPr>
            <w:tcW w:w="2541" w:type="dxa"/>
          </w:tcPr>
          <w:p w:rsidR="000F425E" w:rsidRPr="00335A3D" w:rsidRDefault="00000000">
            <w:pPr>
              <w:rPr>
                <w:rFonts w:asciiTheme="majorHAnsi" w:hAnsiTheme="majorHAnsi" w:cstheme="majorHAnsi"/>
              </w:rPr>
            </w:pPr>
            <w:r w:rsidRPr="00335A3D">
              <w:rPr>
                <w:rFonts w:asciiTheme="majorHAnsi" w:hAnsiTheme="majorHAnsi" w:cstheme="majorHAnsi"/>
              </w:rPr>
              <w:br/>
            </w:r>
          </w:p>
        </w:tc>
        <w:tc>
          <w:tcPr>
            <w:tcW w:w="2541" w:type="dxa"/>
          </w:tcPr>
          <w:p w:rsidR="000F425E" w:rsidRPr="00335A3D" w:rsidRDefault="00000000">
            <w:pPr>
              <w:rPr>
                <w:rFonts w:asciiTheme="majorHAnsi" w:hAnsiTheme="majorHAnsi" w:cstheme="majorHAnsi"/>
              </w:rPr>
            </w:pPr>
            <w:r w:rsidRPr="00335A3D">
              <w:rPr>
                <w:rFonts w:asciiTheme="majorHAnsi" w:hAnsiTheme="majorHAnsi" w:cstheme="majorHAnsi"/>
              </w:rPr>
              <w:br/>
            </w:r>
          </w:p>
        </w:tc>
        <w:tc>
          <w:tcPr>
            <w:tcW w:w="2541" w:type="dxa"/>
          </w:tcPr>
          <w:p w:rsidR="000F425E" w:rsidRPr="00335A3D" w:rsidRDefault="00000000">
            <w:pPr>
              <w:rPr>
                <w:rFonts w:asciiTheme="majorHAnsi" w:hAnsiTheme="majorHAnsi" w:cstheme="majorHAnsi"/>
              </w:rPr>
            </w:pPr>
            <w:r w:rsidRPr="00335A3D">
              <w:rPr>
                <w:rFonts w:asciiTheme="majorHAnsi" w:hAnsiTheme="majorHAnsi" w:cstheme="majorHAnsi"/>
              </w:rPr>
              <w:br/>
            </w:r>
          </w:p>
        </w:tc>
      </w:tr>
    </w:tbl>
    <w:p w:rsidR="000F425E" w:rsidRPr="00335A3D" w:rsidRDefault="00000000">
      <w:pPr>
        <w:rPr>
          <w:rFonts w:asciiTheme="majorHAnsi" w:hAnsiTheme="majorHAnsi" w:cstheme="majorHAnsi"/>
        </w:rPr>
      </w:pPr>
      <w:r w:rsidRPr="00335A3D">
        <w:rPr>
          <w:rFonts w:asciiTheme="majorHAnsi" w:hAnsiTheme="majorHAnsi" w:cstheme="majorHAnsi"/>
        </w:rPr>
        <w:br w:type="page"/>
      </w:r>
    </w:p>
    <w:p w:rsidR="000F425E" w:rsidRPr="00335A3D" w:rsidRDefault="00000000">
      <w:pPr>
        <w:pStyle w:val="Heading1"/>
        <w:rPr>
          <w:rFonts w:cstheme="majorHAnsi"/>
        </w:rPr>
      </w:pPr>
      <w:r w:rsidRPr="00335A3D">
        <w:rPr>
          <w:rFonts w:cstheme="majorHAnsi"/>
        </w:rPr>
        <w:lastRenderedPageBreak/>
        <w:t>Numbers, Codes and References</w:t>
      </w:r>
    </w:p>
    <w:p w:rsidR="000F425E" w:rsidRPr="00335A3D" w:rsidRDefault="00000000">
      <w:pPr>
        <w:rPr>
          <w:rFonts w:asciiTheme="majorHAnsi" w:hAnsiTheme="majorHAnsi" w:cstheme="majorHAnsi"/>
        </w:rPr>
      </w:pPr>
      <w:r w:rsidRPr="00335A3D">
        <w:rPr>
          <w:rFonts w:asciiTheme="majorHAnsi" w:hAnsiTheme="majorHAnsi" w:cstheme="majorHAnsi"/>
        </w:rPr>
        <w:t>For all those random numbers people suddenly expect you to keep track of.</w:t>
      </w:r>
    </w:p>
    <w:p w:rsidR="000F425E" w:rsidRPr="00335A3D" w:rsidRDefault="00000000">
      <w:pPr>
        <w:pStyle w:val="Heading2"/>
        <w:rPr>
          <w:rFonts w:cstheme="majorHAnsi"/>
        </w:rPr>
      </w:pPr>
      <w:r w:rsidRPr="00335A3D">
        <w:rPr>
          <w:rFonts w:cstheme="majorHAnsi"/>
        </w:rPr>
        <w:t xml:space="preserve">Reference </w:t>
      </w:r>
    </w:p>
    <w:p w:rsidR="000F425E" w:rsidRPr="00335A3D" w:rsidRDefault="00000000">
      <w:pPr>
        <w:spacing w:after="120"/>
        <w:rPr>
          <w:rFonts w:asciiTheme="majorHAnsi" w:hAnsiTheme="majorHAnsi" w:cstheme="majorHAnsi"/>
        </w:rPr>
      </w:pPr>
      <w:r w:rsidRPr="00335A3D">
        <w:rPr>
          <w:rFonts w:asciiTheme="majorHAnsi" w:hAnsiTheme="majorHAnsi" w:cstheme="majorHAnsi"/>
          <w:b/>
        </w:rPr>
        <w:t xml:space="preserve">Organisation: </w:t>
      </w:r>
      <w:r w:rsidRPr="00335A3D">
        <w:rPr>
          <w:rFonts w:asciiTheme="majorHAnsi" w:hAnsiTheme="majorHAnsi" w:cstheme="majorHAnsi"/>
        </w:rPr>
        <w:t>____________________________________________________________________</w:t>
      </w:r>
    </w:p>
    <w:p w:rsidR="000F425E" w:rsidRPr="00335A3D" w:rsidRDefault="00000000">
      <w:pPr>
        <w:spacing w:after="120"/>
        <w:rPr>
          <w:rFonts w:asciiTheme="majorHAnsi" w:hAnsiTheme="majorHAnsi" w:cstheme="majorHAnsi"/>
        </w:rPr>
      </w:pPr>
      <w:r w:rsidRPr="00335A3D">
        <w:rPr>
          <w:rFonts w:asciiTheme="majorHAnsi" w:hAnsiTheme="majorHAnsi" w:cstheme="majorHAnsi"/>
          <w:b/>
        </w:rPr>
        <w:t xml:space="preserve">Reference / number: </w:t>
      </w:r>
      <w:r w:rsidRPr="00335A3D">
        <w:rPr>
          <w:rFonts w:asciiTheme="majorHAnsi" w:hAnsiTheme="majorHAnsi" w:cstheme="majorHAnsi"/>
        </w:rPr>
        <w:t>____________________________________________________________________</w:t>
      </w:r>
    </w:p>
    <w:p w:rsidR="000F425E" w:rsidRPr="00335A3D" w:rsidRDefault="00000000">
      <w:pPr>
        <w:spacing w:after="120"/>
        <w:rPr>
          <w:rFonts w:asciiTheme="majorHAnsi" w:hAnsiTheme="majorHAnsi" w:cstheme="majorHAnsi"/>
        </w:rPr>
      </w:pPr>
      <w:r w:rsidRPr="00335A3D">
        <w:rPr>
          <w:rFonts w:asciiTheme="majorHAnsi" w:hAnsiTheme="majorHAnsi" w:cstheme="majorHAnsi"/>
          <w:b/>
        </w:rPr>
        <w:t xml:space="preserve">What it's for: </w:t>
      </w:r>
      <w:r w:rsidRPr="00335A3D">
        <w:rPr>
          <w:rFonts w:asciiTheme="majorHAnsi" w:hAnsiTheme="majorHAnsi" w:cstheme="majorHAnsi"/>
        </w:rPr>
        <w:t>____________________________________________________________________</w:t>
      </w:r>
    </w:p>
    <w:p w:rsidR="005E4FB4" w:rsidRPr="00335A3D" w:rsidRDefault="005E4FB4">
      <w:pPr>
        <w:spacing w:after="120"/>
        <w:rPr>
          <w:rFonts w:asciiTheme="majorHAnsi" w:hAnsiTheme="majorHAnsi" w:cstheme="majorHAnsi"/>
        </w:rPr>
      </w:pPr>
    </w:p>
    <w:p w:rsidR="000F425E" w:rsidRPr="00335A3D" w:rsidRDefault="00000000">
      <w:pPr>
        <w:pStyle w:val="Heading2"/>
        <w:rPr>
          <w:rFonts w:cstheme="majorHAnsi"/>
        </w:rPr>
      </w:pPr>
      <w:r w:rsidRPr="00335A3D">
        <w:rPr>
          <w:rFonts w:cstheme="majorHAnsi"/>
        </w:rPr>
        <w:t xml:space="preserve">Reference </w:t>
      </w:r>
    </w:p>
    <w:p w:rsidR="000F425E" w:rsidRPr="00335A3D" w:rsidRDefault="00000000">
      <w:pPr>
        <w:spacing w:after="120"/>
        <w:rPr>
          <w:rFonts w:asciiTheme="majorHAnsi" w:hAnsiTheme="majorHAnsi" w:cstheme="majorHAnsi"/>
        </w:rPr>
      </w:pPr>
      <w:r w:rsidRPr="00335A3D">
        <w:rPr>
          <w:rFonts w:asciiTheme="majorHAnsi" w:hAnsiTheme="majorHAnsi" w:cstheme="majorHAnsi"/>
          <w:b/>
        </w:rPr>
        <w:t xml:space="preserve">Organisation: </w:t>
      </w:r>
      <w:r w:rsidRPr="00335A3D">
        <w:rPr>
          <w:rFonts w:asciiTheme="majorHAnsi" w:hAnsiTheme="majorHAnsi" w:cstheme="majorHAnsi"/>
        </w:rPr>
        <w:t>____________________________________________________________________</w:t>
      </w:r>
    </w:p>
    <w:p w:rsidR="000F425E" w:rsidRPr="00335A3D" w:rsidRDefault="00000000">
      <w:pPr>
        <w:spacing w:after="120"/>
        <w:rPr>
          <w:rFonts w:asciiTheme="majorHAnsi" w:hAnsiTheme="majorHAnsi" w:cstheme="majorHAnsi"/>
        </w:rPr>
      </w:pPr>
      <w:r w:rsidRPr="00335A3D">
        <w:rPr>
          <w:rFonts w:asciiTheme="majorHAnsi" w:hAnsiTheme="majorHAnsi" w:cstheme="majorHAnsi"/>
          <w:b/>
        </w:rPr>
        <w:t xml:space="preserve">Reference / number: </w:t>
      </w:r>
      <w:r w:rsidRPr="00335A3D">
        <w:rPr>
          <w:rFonts w:asciiTheme="majorHAnsi" w:hAnsiTheme="majorHAnsi" w:cstheme="majorHAnsi"/>
        </w:rPr>
        <w:t>____________________________________________________________________</w:t>
      </w:r>
    </w:p>
    <w:p w:rsidR="000F425E" w:rsidRPr="00335A3D" w:rsidRDefault="00000000">
      <w:pPr>
        <w:spacing w:after="120"/>
        <w:rPr>
          <w:rFonts w:asciiTheme="majorHAnsi" w:hAnsiTheme="majorHAnsi" w:cstheme="majorHAnsi"/>
        </w:rPr>
      </w:pPr>
      <w:r w:rsidRPr="00335A3D">
        <w:rPr>
          <w:rFonts w:asciiTheme="majorHAnsi" w:hAnsiTheme="majorHAnsi" w:cstheme="majorHAnsi"/>
          <w:b/>
        </w:rPr>
        <w:t xml:space="preserve">What it's for: </w:t>
      </w:r>
      <w:r w:rsidRPr="00335A3D">
        <w:rPr>
          <w:rFonts w:asciiTheme="majorHAnsi" w:hAnsiTheme="majorHAnsi" w:cstheme="majorHAnsi"/>
        </w:rPr>
        <w:t>____________________________________________________________________</w:t>
      </w:r>
    </w:p>
    <w:p w:rsidR="005E4FB4" w:rsidRPr="00335A3D" w:rsidRDefault="005E4FB4">
      <w:pPr>
        <w:spacing w:after="120"/>
        <w:rPr>
          <w:rFonts w:asciiTheme="majorHAnsi" w:hAnsiTheme="majorHAnsi" w:cstheme="majorHAnsi"/>
        </w:rPr>
      </w:pPr>
    </w:p>
    <w:p w:rsidR="000F425E" w:rsidRPr="00335A3D" w:rsidRDefault="00000000">
      <w:pPr>
        <w:pStyle w:val="Heading2"/>
        <w:rPr>
          <w:rFonts w:cstheme="majorHAnsi"/>
        </w:rPr>
      </w:pPr>
      <w:r w:rsidRPr="00335A3D">
        <w:rPr>
          <w:rFonts w:cstheme="majorHAnsi"/>
        </w:rPr>
        <w:t xml:space="preserve">Reference </w:t>
      </w:r>
    </w:p>
    <w:p w:rsidR="000F425E" w:rsidRPr="00335A3D" w:rsidRDefault="00000000">
      <w:pPr>
        <w:spacing w:after="120"/>
        <w:rPr>
          <w:rFonts w:asciiTheme="majorHAnsi" w:hAnsiTheme="majorHAnsi" w:cstheme="majorHAnsi"/>
        </w:rPr>
      </w:pPr>
      <w:r w:rsidRPr="00335A3D">
        <w:rPr>
          <w:rFonts w:asciiTheme="majorHAnsi" w:hAnsiTheme="majorHAnsi" w:cstheme="majorHAnsi"/>
          <w:b/>
        </w:rPr>
        <w:t xml:space="preserve">Organisation: </w:t>
      </w:r>
      <w:r w:rsidRPr="00335A3D">
        <w:rPr>
          <w:rFonts w:asciiTheme="majorHAnsi" w:hAnsiTheme="majorHAnsi" w:cstheme="majorHAnsi"/>
        </w:rPr>
        <w:t>____________________________________________________________________</w:t>
      </w:r>
    </w:p>
    <w:p w:rsidR="000F425E" w:rsidRPr="00335A3D" w:rsidRDefault="00000000">
      <w:pPr>
        <w:spacing w:after="120"/>
        <w:rPr>
          <w:rFonts w:asciiTheme="majorHAnsi" w:hAnsiTheme="majorHAnsi" w:cstheme="majorHAnsi"/>
        </w:rPr>
      </w:pPr>
      <w:r w:rsidRPr="00335A3D">
        <w:rPr>
          <w:rFonts w:asciiTheme="majorHAnsi" w:hAnsiTheme="majorHAnsi" w:cstheme="majorHAnsi"/>
          <w:b/>
        </w:rPr>
        <w:t xml:space="preserve">Reference / number: </w:t>
      </w:r>
      <w:r w:rsidRPr="00335A3D">
        <w:rPr>
          <w:rFonts w:asciiTheme="majorHAnsi" w:hAnsiTheme="majorHAnsi" w:cstheme="majorHAnsi"/>
        </w:rPr>
        <w:t>____________________________________________________________________</w:t>
      </w:r>
    </w:p>
    <w:p w:rsidR="000F425E" w:rsidRPr="00335A3D" w:rsidRDefault="00000000">
      <w:pPr>
        <w:spacing w:after="120"/>
        <w:rPr>
          <w:rFonts w:asciiTheme="majorHAnsi" w:hAnsiTheme="majorHAnsi" w:cstheme="majorHAnsi"/>
        </w:rPr>
      </w:pPr>
      <w:r w:rsidRPr="00335A3D">
        <w:rPr>
          <w:rFonts w:asciiTheme="majorHAnsi" w:hAnsiTheme="majorHAnsi" w:cstheme="majorHAnsi"/>
          <w:b/>
        </w:rPr>
        <w:t xml:space="preserve">What it's for: </w:t>
      </w:r>
      <w:r w:rsidRPr="00335A3D">
        <w:rPr>
          <w:rFonts w:asciiTheme="majorHAnsi" w:hAnsiTheme="majorHAnsi" w:cstheme="majorHAnsi"/>
        </w:rPr>
        <w:t>____________________________________________________________________</w:t>
      </w:r>
    </w:p>
    <w:p w:rsidR="005E4FB4" w:rsidRPr="00335A3D" w:rsidRDefault="005E4FB4">
      <w:pPr>
        <w:spacing w:after="120"/>
        <w:rPr>
          <w:rFonts w:asciiTheme="majorHAnsi" w:hAnsiTheme="majorHAnsi" w:cstheme="majorHAnsi"/>
        </w:rPr>
      </w:pPr>
    </w:p>
    <w:p w:rsidR="000F425E" w:rsidRPr="00335A3D" w:rsidRDefault="00000000">
      <w:pPr>
        <w:pStyle w:val="Heading2"/>
        <w:rPr>
          <w:rFonts w:cstheme="majorHAnsi"/>
        </w:rPr>
      </w:pPr>
      <w:r w:rsidRPr="00335A3D">
        <w:rPr>
          <w:rFonts w:cstheme="majorHAnsi"/>
        </w:rPr>
        <w:t xml:space="preserve">Reference </w:t>
      </w:r>
    </w:p>
    <w:p w:rsidR="000F425E" w:rsidRPr="00335A3D" w:rsidRDefault="00000000">
      <w:pPr>
        <w:spacing w:after="120"/>
        <w:rPr>
          <w:rFonts w:asciiTheme="majorHAnsi" w:hAnsiTheme="majorHAnsi" w:cstheme="majorHAnsi"/>
        </w:rPr>
      </w:pPr>
      <w:r w:rsidRPr="00335A3D">
        <w:rPr>
          <w:rFonts w:asciiTheme="majorHAnsi" w:hAnsiTheme="majorHAnsi" w:cstheme="majorHAnsi"/>
          <w:b/>
        </w:rPr>
        <w:t xml:space="preserve">Organisation: </w:t>
      </w:r>
      <w:r w:rsidRPr="00335A3D">
        <w:rPr>
          <w:rFonts w:asciiTheme="majorHAnsi" w:hAnsiTheme="majorHAnsi" w:cstheme="majorHAnsi"/>
        </w:rPr>
        <w:t>____________________________________________________________________</w:t>
      </w:r>
    </w:p>
    <w:p w:rsidR="000F425E" w:rsidRPr="00335A3D" w:rsidRDefault="00000000">
      <w:pPr>
        <w:spacing w:after="120"/>
        <w:rPr>
          <w:rFonts w:asciiTheme="majorHAnsi" w:hAnsiTheme="majorHAnsi" w:cstheme="majorHAnsi"/>
        </w:rPr>
      </w:pPr>
      <w:r w:rsidRPr="00335A3D">
        <w:rPr>
          <w:rFonts w:asciiTheme="majorHAnsi" w:hAnsiTheme="majorHAnsi" w:cstheme="majorHAnsi"/>
          <w:b/>
        </w:rPr>
        <w:t xml:space="preserve">Reference / number: </w:t>
      </w:r>
      <w:r w:rsidRPr="00335A3D">
        <w:rPr>
          <w:rFonts w:asciiTheme="majorHAnsi" w:hAnsiTheme="majorHAnsi" w:cstheme="majorHAnsi"/>
        </w:rPr>
        <w:t>____________________________________________________________________</w:t>
      </w:r>
    </w:p>
    <w:p w:rsidR="000F425E" w:rsidRPr="00335A3D" w:rsidRDefault="00000000">
      <w:pPr>
        <w:spacing w:after="120"/>
        <w:rPr>
          <w:rFonts w:asciiTheme="majorHAnsi" w:hAnsiTheme="majorHAnsi" w:cstheme="majorHAnsi"/>
        </w:rPr>
      </w:pPr>
      <w:r w:rsidRPr="00335A3D">
        <w:rPr>
          <w:rFonts w:asciiTheme="majorHAnsi" w:hAnsiTheme="majorHAnsi" w:cstheme="majorHAnsi"/>
          <w:b/>
        </w:rPr>
        <w:t xml:space="preserve">What it's for: </w:t>
      </w:r>
      <w:r w:rsidRPr="00335A3D">
        <w:rPr>
          <w:rFonts w:asciiTheme="majorHAnsi" w:hAnsiTheme="majorHAnsi" w:cstheme="majorHAnsi"/>
        </w:rPr>
        <w:t>____________________________________________________________________</w:t>
      </w:r>
    </w:p>
    <w:p w:rsidR="000F425E" w:rsidRPr="00335A3D" w:rsidRDefault="00000000">
      <w:pPr>
        <w:pStyle w:val="Heading2"/>
        <w:rPr>
          <w:rFonts w:cstheme="majorHAnsi"/>
        </w:rPr>
      </w:pPr>
      <w:r w:rsidRPr="00335A3D">
        <w:rPr>
          <w:rFonts w:cstheme="majorHAnsi"/>
        </w:rPr>
        <w:t xml:space="preserve">Reference </w:t>
      </w:r>
    </w:p>
    <w:p w:rsidR="005E4FB4" w:rsidRPr="00335A3D" w:rsidRDefault="005E4FB4" w:rsidP="005E4FB4">
      <w:pPr>
        <w:rPr>
          <w:rFonts w:asciiTheme="majorHAnsi" w:hAnsiTheme="majorHAnsi" w:cstheme="majorHAnsi"/>
        </w:rPr>
      </w:pPr>
    </w:p>
    <w:p w:rsidR="000F425E" w:rsidRPr="00335A3D" w:rsidRDefault="00000000">
      <w:pPr>
        <w:spacing w:after="120"/>
        <w:rPr>
          <w:rFonts w:asciiTheme="majorHAnsi" w:hAnsiTheme="majorHAnsi" w:cstheme="majorHAnsi"/>
        </w:rPr>
      </w:pPr>
      <w:r w:rsidRPr="00335A3D">
        <w:rPr>
          <w:rFonts w:asciiTheme="majorHAnsi" w:hAnsiTheme="majorHAnsi" w:cstheme="majorHAnsi"/>
          <w:b/>
        </w:rPr>
        <w:t xml:space="preserve">Organisation: </w:t>
      </w:r>
      <w:r w:rsidRPr="00335A3D">
        <w:rPr>
          <w:rFonts w:asciiTheme="majorHAnsi" w:hAnsiTheme="majorHAnsi" w:cstheme="majorHAnsi"/>
        </w:rPr>
        <w:t>____________________________________________________________________</w:t>
      </w:r>
    </w:p>
    <w:p w:rsidR="000F425E" w:rsidRPr="00335A3D" w:rsidRDefault="00000000">
      <w:pPr>
        <w:spacing w:after="120"/>
        <w:rPr>
          <w:rFonts w:asciiTheme="majorHAnsi" w:hAnsiTheme="majorHAnsi" w:cstheme="majorHAnsi"/>
        </w:rPr>
      </w:pPr>
      <w:r w:rsidRPr="00335A3D">
        <w:rPr>
          <w:rFonts w:asciiTheme="majorHAnsi" w:hAnsiTheme="majorHAnsi" w:cstheme="majorHAnsi"/>
          <w:b/>
        </w:rPr>
        <w:t xml:space="preserve">Reference / number: </w:t>
      </w:r>
      <w:r w:rsidRPr="00335A3D">
        <w:rPr>
          <w:rFonts w:asciiTheme="majorHAnsi" w:hAnsiTheme="majorHAnsi" w:cstheme="majorHAnsi"/>
        </w:rPr>
        <w:t>____________________________________________________________________</w:t>
      </w:r>
    </w:p>
    <w:p w:rsidR="000F425E" w:rsidRPr="00335A3D" w:rsidRDefault="00000000">
      <w:pPr>
        <w:spacing w:after="120"/>
        <w:rPr>
          <w:rFonts w:asciiTheme="majorHAnsi" w:hAnsiTheme="majorHAnsi" w:cstheme="majorHAnsi"/>
        </w:rPr>
      </w:pPr>
      <w:r w:rsidRPr="00335A3D">
        <w:rPr>
          <w:rFonts w:asciiTheme="majorHAnsi" w:hAnsiTheme="majorHAnsi" w:cstheme="majorHAnsi"/>
          <w:b/>
        </w:rPr>
        <w:t xml:space="preserve">What it's for: </w:t>
      </w:r>
      <w:r w:rsidRPr="00335A3D">
        <w:rPr>
          <w:rFonts w:asciiTheme="majorHAnsi" w:hAnsiTheme="majorHAnsi" w:cstheme="majorHAnsi"/>
        </w:rPr>
        <w:t>____________________________________________________________________</w:t>
      </w:r>
    </w:p>
    <w:p w:rsidR="005E4FB4" w:rsidRPr="00335A3D" w:rsidRDefault="005E4FB4">
      <w:pPr>
        <w:spacing w:after="120"/>
        <w:rPr>
          <w:rFonts w:asciiTheme="majorHAnsi" w:hAnsiTheme="majorHAnsi" w:cstheme="majorHAnsi"/>
        </w:rPr>
      </w:pPr>
    </w:p>
    <w:p w:rsidR="000F425E" w:rsidRPr="00335A3D" w:rsidRDefault="00000000">
      <w:pPr>
        <w:pStyle w:val="Heading1"/>
        <w:pageBreakBefore/>
        <w:rPr>
          <w:rFonts w:cstheme="majorHAnsi"/>
        </w:rPr>
      </w:pPr>
      <w:r w:rsidRPr="00335A3D">
        <w:rPr>
          <w:rFonts w:cstheme="majorHAnsi"/>
        </w:rPr>
        <w:lastRenderedPageBreak/>
        <w:t>Questions I Need to Ask</w:t>
      </w:r>
    </w:p>
    <w:p w:rsidR="000F425E" w:rsidRPr="00335A3D" w:rsidRDefault="00000000">
      <w:pPr>
        <w:rPr>
          <w:rFonts w:asciiTheme="majorHAnsi" w:hAnsiTheme="majorHAnsi" w:cstheme="majorHAnsi"/>
        </w:rPr>
      </w:pPr>
      <w:r w:rsidRPr="00335A3D">
        <w:rPr>
          <w:rFonts w:asciiTheme="majorHAnsi" w:hAnsiTheme="majorHAnsi" w:cstheme="majorHAnsi"/>
        </w:rPr>
        <w:t>You will think of questions when nobody is available to answer them. Write them here rather than trying to remember them.</w:t>
      </w:r>
    </w:p>
    <w:p w:rsidR="005E4FB4" w:rsidRPr="00335A3D" w:rsidRDefault="005E4FB4">
      <w:pPr>
        <w:rPr>
          <w:rFonts w:asciiTheme="majorHAnsi" w:hAnsiTheme="majorHAnsi" w:cstheme="majorHAnsi"/>
        </w:rPr>
      </w:pPr>
    </w:p>
    <w:p w:rsidR="000F425E" w:rsidRPr="00335A3D" w:rsidRDefault="00000000">
      <w:pPr>
        <w:spacing w:after="40"/>
        <w:ind w:left="115"/>
        <w:rPr>
          <w:rFonts w:asciiTheme="majorHAnsi" w:hAnsiTheme="majorHAnsi" w:cstheme="majorHAnsi"/>
        </w:rPr>
      </w:pPr>
      <w:r w:rsidRPr="00335A3D">
        <w:rPr>
          <w:rFonts w:ascii="Segoe UI Symbol" w:hAnsi="Segoe UI Symbol" w:cs="Segoe UI Symbol"/>
          <w:sz w:val="22"/>
        </w:rPr>
        <w:t>☐</w:t>
      </w:r>
      <w:r w:rsidRPr="00335A3D">
        <w:rPr>
          <w:rFonts w:asciiTheme="majorHAnsi" w:hAnsiTheme="majorHAnsi" w:cstheme="majorHAnsi"/>
          <w:sz w:val="22"/>
        </w:rPr>
        <w:t xml:space="preserve">  </w:t>
      </w:r>
      <w:r w:rsidRPr="00335A3D">
        <w:rPr>
          <w:rFonts w:asciiTheme="majorHAnsi" w:hAnsiTheme="majorHAnsi" w:cstheme="majorHAnsi"/>
        </w:rPr>
        <w:t>__________________________________________________________________</w:t>
      </w:r>
    </w:p>
    <w:p w:rsidR="005E4FB4" w:rsidRPr="00335A3D" w:rsidRDefault="005E4FB4">
      <w:pPr>
        <w:spacing w:after="40"/>
        <w:ind w:left="115"/>
        <w:rPr>
          <w:rFonts w:asciiTheme="majorHAnsi" w:hAnsiTheme="majorHAnsi" w:cstheme="majorHAnsi"/>
        </w:rPr>
      </w:pPr>
    </w:p>
    <w:p w:rsidR="000F425E" w:rsidRPr="00335A3D" w:rsidRDefault="00000000">
      <w:pPr>
        <w:spacing w:after="40"/>
        <w:ind w:left="115"/>
        <w:rPr>
          <w:rFonts w:asciiTheme="majorHAnsi" w:hAnsiTheme="majorHAnsi" w:cstheme="majorHAnsi"/>
        </w:rPr>
      </w:pPr>
      <w:r w:rsidRPr="00335A3D">
        <w:rPr>
          <w:rFonts w:ascii="Segoe UI Symbol" w:hAnsi="Segoe UI Symbol" w:cs="Segoe UI Symbol"/>
          <w:sz w:val="22"/>
        </w:rPr>
        <w:t>☐</w:t>
      </w:r>
      <w:r w:rsidRPr="00335A3D">
        <w:rPr>
          <w:rFonts w:asciiTheme="majorHAnsi" w:hAnsiTheme="majorHAnsi" w:cstheme="majorHAnsi"/>
          <w:sz w:val="22"/>
        </w:rPr>
        <w:t xml:space="preserve">  </w:t>
      </w:r>
      <w:r w:rsidRPr="00335A3D">
        <w:rPr>
          <w:rFonts w:asciiTheme="majorHAnsi" w:hAnsiTheme="majorHAnsi" w:cstheme="majorHAnsi"/>
        </w:rPr>
        <w:t>__________________________________________________________________</w:t>
      </w:r>
    </w:p>
    <w:p w:rsidR="005E4FB4" w:rsidRPr="00335A3D" w:rsidRDefault="005E4FB4">
      <w:pPr>
        <w:spacing w:after="40"/>
        <w:ind w:left="115"/>
        <w:rPr>
          <w:rFonts w:asciiTheme="majorHAnsi" w:hAnsiTheme="majorHAnsi" w:cstheme="majorHAnsi"/>
        </w:rPr>
      </w:pPr>
    </w:p>
    <w:p w:rsidR="000F425E" w:rsidRPr="00335A3D" w:rsidRDefault="00000000">
      <w:pPr>
        <w:spacing w:after="40"/>
        <w:ind w:left="115"/>
        <w:rPr>
          <w:rFonts w:asciiTheme="majorHAnsi" w:hAnsiTheme="majorHAnsi" w:cstheme="majorHAnsi"/>
        </w:rPr>
      </w:pPr>
      <w:r w:rsidRPr="00335A3D">
        <w:rPr>
          <w:rFonts w:ascii="Segoe UI Symbol" w:hAnsi="Segoe UI Symbol" w:cs="Segoe UI Symbol"/>
          <w:sz w:val="22"/>
        </w:rPr>
        <w:t>☐</w:t>
      </w:r>
      <w:r w:rsidRPr="00335A3D">
        <w:rPr>
          <w:rFonts w:asciiTheme="majorHAnsi" w:hAnsiTheme="majorHAnsi" w:cstheme="majorHAnsi"/>
          <w:sz w:val="22"/>
        </w:rPr>
        <w:t xml:space="preserve">  </w:t>
      </w:r>
      <w:r w:rsidRPr="00335A3D">
        <w:rPr>
          <w:rFonts w:asciiTheme="majorHAnsi" w:hAnsiTheme="majorHAnsi" w:cstheme="majorHAnsi"/>
        </w:rPr>
        <w:t>__________________________________________________________________</w:t>
      </w:r>
    </w:p>
    <w:p w:rsidR="005E4FB4" w:rsidRPr="00335A3D" w:rsidRDefault="005E4FB4">
      <w:pPr>
        <w:spacing w:after="40"/>
        <w:ind w:left="115"/>
        <w:rPr>
          <w:rFonts w:asciiTheme="majorHAnsi" w:hAnsiTheme="majorHAnsi" w:cstheme="majorHAnsi"/>
        </w:rPr>
      </w:pPr>
    </w:p>
    <w:p w:rsidR="000F425E" w:rsidRPr="00335A3D" w:rsidRDefault="00000000">
      <w:pPr>
        <w:spacing w:after="40"/>
        <w:ind w:left="115"/>
        <w:rPr>
          <w:rFonts w:asciiTheme="majorHAnsi" w:hAnsiTheme="majorHAnsi" w:cstheme="majorHAnsi"/>
        </w:rPr>
      </w:pPr>
      <w:r w:rsidRPr="00335A3D">
        <w:rPr>
          <w:rFonts w:ascii="Segoe UI Symbol" w:hAnsi="Segoe UI Symbol" w:cs="Segoe UI Symbol"/>
          <w:sz w:val="22"/>
        </w:rPr>
        <w:t>☐</w:t>
      </w:r>
      <w:r w:rsidRPr="00335A3D">
        <w:rPr>
          <w:rFonts w:asciiTheme="majorHAnsi" w:hAnsiTheme="majorHAnsi" w:cstheme="majorHAnsi"/>
          <w:sz w:val="22"/>
        </w:rPr>
        <w:t xml:space="preserve">  </w:t>
      </w:r>
      <w:r w:rsidRPr="00335A3D">
        <w:rPr>
          <w:rFonts w:asciiTheme="majorHAnsi" w:hAnsiTheme="majorHAnsi" w:cstheme="majorHAnsi"/>
        </w:rPr>
        <w:t>__________________________________________________________________</w:t>
      </w:r>
    </w:p>
    <w:p w:rsidR="005E4FB4" w:rsidRPr="00335A3D" w:rsidRDefault="005E4FB4">
      <w:pPr>
        <w:spacing w:after="40"/>
        <w:ind w:left="115"/>
        <w:rPr>
          <w:rFonts w:asciiTheme="majorHAnsi" w:hAnsiTheme="majorHAnsi" w:cstheme="majorHAnsi"/>
        </w:rPr>
      </w:pPr>
    </w:p>
    <w:p w:rsidR="000F425E" w:rsidRPr="00335A3D" w:rsidRDefault="00000000">
      <w:pPr>
        <w:spacing w:after="40"/>
        <w:ind w:left="115"/>
        <w:rPr>
          <w:rFonts w:asciiTheme="majorHAnsi" w:hAnsiTheme="majorHAnsi" w:cstheme="majorHAnsi"/>
        </w:rPr>
      </w:pPr>
      <w:r w:rsidRPr="00335A3D">
        <w:rPr>
          <w:rFonts w:ascii="Segoe UI Symbol" w:hAnsi="Segoe UI Symbol" w:cs="Segoe UI Symbol"/>
          <w:sz w:val="22"/>
        </w:rPr>
        <w:t>☐</w:t>
      </w:r>
      <w:r w:rsidRPr="00335A3D">
        <w:rPr>
          <w:rFonts w:asciiTheme="majorHAnsi" w:hAnsiTheme="majorHAnsi" w:cstheme="majorHAnsi"/>
          <w:sz w:val="22"/>
        </w:rPr>
        <w:t xml:space="preserve">  </w:t>
      </w:r>
      <w:r w:rsidRPr="00335A3D">
        <w:rPr>
          <w:rFonts w:asciiTheme="majorHAnsi" w:hAnsiTheme="majorHAnsi" w:cstheme="majorHAnsi"/>
        </w:rPr>
        <w:t>__________________________________________________________________</w:t>
      </w:r>
    </w:p>
    <w:p w:rsidR="005E4FB4" w:rsidRPr="00335A3D" w:rsidRDefault="005E4FB4">
      <w:pPr>
        <w:spacing w:after="40"/>
        <w:ind w:left="115"/>
        <w:rPr>
          <w:rFonts w:asciiTheme="majorHAnsi" w:hAnsiTheme="majorHAnsi" w:cstheme="majorHAnsi"/>
        </w:rPr>
      </w:pPr>
    </w:p>
    <w:p w:rsidR="000F425E" w:rsidRPr="00335A3D" w:rsidRDefault="00000000">
      <w:pPr>
        <w:spacing w:after="40"/>
        <w:ind w:left="115"/>
        <w:rPr>
          <w:rFonts w:asciiTheme="majorHAnsi" w:hAnsiTheme="majorHAnsi" w:cstheme="majorHAnsi"/>
        </w:rPr>
      </w:pPr>
      <w:r w:rsidRPr="00335A3D">
        <w:rPr>
          <w:rFonts w:ascii="Segoe UI Symbol" w:hAnsi="Segoe UI Symbol" w:cs="Segoe UI Symbol"/>
          <w:sz w:val="22"/>
        </w:rPr>
        <w:t>☐</w:t>
      </w:r>
      <w:r w:rsidRPr="00335A3D">
        <w:rPr>
          <w:rFonts w:asciiTheme="majorHAnsi" w:hAnsiTheme="majorHAnsi" w:cstheme="majorHAnsi"/>
          <w:sz w:val="22"/>
        </w:rPr>
        <w:t xml:space="preserve">  </w:t>
      </w:r>
      <w:r w:rsidRPr="00335A3D">
        <w:rPr>
          <w:rFonts w:asciiTheme="majorHAnsi" w:hAnsiTheme="majorHAnsi" w:cstheme="majorHAnsi"/>
        </w:rPr>
        <w:t>__________________________________________________________________</w:t>
      </w:r>
    </w:p>
    <w:p w:rsidR="005E4FB4" w:rsidRPr="00335A3D" w:rsidRDefault="005E4FB4">
      <w:pPr>
        <w:spacing w:after="40"/>
        <w:ind w:left="115"/>
        <w:rPr>
          <w:rFonts w:asciiTheme="majorHAnsi" w:hAnsiTheme="majorHAnsi" w:cstheme="majorHAnsi"/>
        </w:rPr>
      </w:pPr>
    </w:p>
    <w:p w:rsidR="000F425E" w:rsidRPr="00335A3D" w:rsidRDefault="00000000">
      <w:pPr>
        <w:spacing w:after="40"/>
        <w:ind w:left="115"/>
        <w:rPr>
          <w:rFonts w:asciiTheme="majorHAnsi" w:hAnsiTheme="majorHAnsi" w:cstheme="majorHAnsi"/>
        </w:rPr>
      </w:pPr>
      <w:r w:rsidRPr="00335A3D">
        <w:rPr>
          <w:rFonts w:ascii="Segoe UI Symbol" w:hAnsi="Segoe UI Symbol" w:cs="Segoe UI Symbol"/>
          <w:sz w:val="22"/>
        </w:rPr>
        <w:t>☐</w:t>
      </w:r>
      <w:r w:rsidRPr="00335A3D">
        <w:rPr>
          <w:rFonts w:asciiTheme="majorHAnsi" w:hAnsiTheme="majorHAnsi" w:cstheme="majorHAnsi"/>
          <w:sz w:val="22"/>
        </w:rPr>
        <w:t xml:space="preserve">  </w:t>
      </w:r>
      <w:r w:rsidRPr="00335A3D">
        <w:rPr>
          <w:rFonts w:asciiTheme="majorHAnsi" w:hAnsiTheme="majorHAnsi" w:cstheme="majorHAnsi"/>
        </w:rPr>
        <w:t>__________________________________________________________________</w:t>
      </w:r>
    </w:p>
    <w:p w:rsidR="005E4FB4" w:rsidRPr="00335A3D" w:rsidRDefault="005E4FB4">
      <w:pPr>
        <w:spacing w:after="40"/>
        <w:ind w:left="115"/>
        <w:rPr>
          <w:rFonts w:asciiTheme="majorHAnsi" w:hAnsiTheme="majorHAnsi" w:cstheme="majorHAnsi"/>
        </w:rPr>
      </w:pPr>
    </w:p>
    <w:p w:rsidR="000F425E" w:rsidRPr="00335A3D" w:rsidRDefault="00000000">
      <w:pPr>
        <w:spacing w:after="40"/>
        <w:ind w:left="115"/>
        <w:rPr>
          <w:rFonts w:asciiTheme="majorHAnsi" w:hAnsiTheme="majorHAnsi" w:cstheme="majorHAnsi"/>
        </w:rPr>
      </w:pPr>
      <w:r w:rsidRPr="00335A3D">
        <w:rPr>
          <w:rFonts w:ascii="Segoe UI Symbol" w:hAnsi="Segoe UI Symbol" w:cs="Segoe UI Symbol"/>
          <w:sz w:val="22"/>
        </w:rPr>
        <w:t>☐</w:t>
      </w:r>
      <w:r w:rsidRPr="00335A3D">
        <w:rPr>
          <w:rFonts w:asciiTheme="majorHAnsi" w:hAnsiTheme="majorHAnsi" w:cstheme="majorHAnsi"/>
          <w:sz w:val="22"/>
        </w:rPr>
        <w:t xml:space="preserve">  </w:t>
      </w:r>
      <w:r w:rsidRPr="00335A3D">
        <w:rPr>
          <w:rFonts w:asciiTheme="majorHAnsi" w:hAnsiTheme="majorHAnsi" w:cstheme="majorHAnsi"/>
        </w:rPr>
        <w:t>__________________________________________________________________</w:t>
      </w:r>
    </w:p>
    <w:p w:rsidR="005E4FB4" w:rsidRPr="00335A3D" w:rsidRDefault="005E4FB4">
      <w:pPr>
        <w:spacing w:after="40"/>
        <w:ind w:left="115"/>
        <w:rPr>
          <w:rFonts w:asciiTheme="majorHAnsi" w:hAnsiTheme="majorHAnsi" w:cstheme="majorHAnsi"/>
        </w:rPr>
      </w:pPr>
    </w:p>
    <w:p w:rsidR="000F425E" w:rsidRPr="00335A3D" w:rsidRDefault="00000000">
      <w:pPr>
        <w:spacing w:after="40"/>
        <w:ind w:left="115"/>
        <w:rPr>
          <w:rFonts w:asciiTheme="majorHAnsi" w:hAnsiTheme="majorHAnsi" w:cstheme="majorHAnsi"/>
        </w:rPr>
      </w:pPr>
      <w:r w:rsidRPr="00335A3D">
        <w:rPr>
          <w:rFonts w:ascii="Segoe UI Symbol" w:hAnsi="Segoe UI Symbol" w:cs="Segoe UI Symbol"/>
          <w:sz w:val="22"/>
        </w:rPr>
        <w:t>☐</w:t>
      </w:r>
      <w:r w:rsidRPr="00335A3D">
        <w:rPr>
          <w:rFonts w:asciiTheme="majorHAnsi" w:hAnsiTheme="majorHAnsi" w:cstheme="majorHAnsi"/>
          <w:sz w:val="22"/>
        </w:rPr>
        <w:t xml:space="preserve">  </w:t>
      </w:r>
      <w:r w:rsidRPr="00335A3D">
        <w:rPr>
          <w:rFonts w:asciiTheme="majorHAnsi" w:hAnsiTheme="majorHAnsi" w:cstheme="majorHAnsi"/>
        </w:rPr>
        <w:t>__________________________________________________________________</w:t>
      </w:r>
    </w:p>
    <w:p w:rsidR="005E4FB4" w:rsidRPr="00335A3D" w:rsidRDefault="005E4FB4">
      <w:pPr>
        <w:spacing w:after="40"/>
        <w:ind w:left="115"/>
        <w:rPr>
          <w:rFonts w:asciiTheme="majorHAnsi" w:hAnsiTheme="majorHAnsi" w:cstheme="majorHAnsi"/>
        </w:rPr>
      </w:pPr>
    </w:p>
    <w:p w:rsidR="000F425E" w:rsidRPr="00335A3D" w:rsidRDefault="00000000">
      <w:pPr>
        <w:spacing w:after="40"/>
        <w:ind w:left="115"/>
        <w:rPr>
          <w:rFonts w:asciiTheme="majorHAnsi" w:hAnsiTheme="majorHAnsi" w:cstheme="majorHAnsi"/>
        </w:rPr>
      </w:pPr>
      <w:r w:rsidRPr="00335A3D">
        <w:rPr>
          <w:rFonts w:ascii="Segoe UI Symbol" w:hAnsi="Segoe UI Symbol" w:cs="Segoe UI Symbol"/>
          <w:sz w:val="22"/>
        </w:rPr>
        <w:t>☐</w:t>
      </w:r>
      <w:r w:rsidRPr="00335A3D">
        <w:rPr>
          <w:rFonts w:asciiTheme="majorHAnsi" w:hAnsiTheme="majorHAnsi" w:cstheme="majorHAnsi"/>
          <w:sz w:val="22"/>
        </w:rPr>
        <w:t xml:space="preserve">  </w:t>
      </w:r>
      <w:r w:rsidRPr="00335A3D">
        <w:rPr>
          <w:rFonts w:asciiTheme="majorHAnsi" w:hAnsiTheme="majorHAnsi" w:cstheme="majorHAnsi"/>
        </w:rPr>
        <w:t>__________________________________________________________________</w:t>
      </w:r>
    </w:p>
    <w:p w:rsidR="000F425E" w:rsidRPr="00335A3D" w:rsidRDefault="00000000">
      <w:pPr>
        <w:rPr>
          <w:rFonts w:asciiTheme="majorHAnsi" w:hAnsiTheme="majorHAnsi" w:cstheme="majorHAnsi"/>
        </w:rPr>
      </w:pPr>
      <w:r w:rsidRPr="00335A3D">
        <w:rPr>
          <w:rFonts w:asciiTheme="majorHAnsi" w:hAnsiTheme="majorHAnsi" w:cstheme="majorHAnsi"/>
        </w:rPr>
        <w:br w:type="page"/>
      </w:r>
    </w:p>
    <w:p w:rsidR="000F425E" w:rsidRPr="00335A3D" w:rsidRDefault="00000000">
      <w:pPr>
        <w:pStyle w:val="Heading1"/>
        <w:rPr>
          <w:rFonts w:cstheme="majorHAnsi"/>
        </w:rPr>
      </w:pPr>
      <w:r w:rsidRPr="00335A3D">
        <w:rPr>
          <w:rFonts w:cstheme="majorHAnsi"/>
        </w:rPr>
        <w:lastRenderedPageBreak/>
        <w:t>Things I Suddenly Remember</w:t>
      </w:r>
    </w:p>
    <w:p w:rsidR="000F425E" w:rsidRPr="00335A3D" w:rsidRDefault="00000000">
      <w:pPr>
        <w:rPr>
          <w:rFonts w:asciiTheme="majorHAnsi" w:hAnsiTheme="majorHAnsi" w:cstheme="majorHAnsi"/>
        </w:rPr>
      </w:pPr>
      <w:r w:rsidRPr="00335A3D">
        <w:rPr>
          <w:rFonts w:asciiTheme="majorHAnsi" w:hAnsiTheme="majorHAnsi" w:cstheme="majorHAnsi"/>
        </w:rPr>
        <w:t>This needs its own page because your brain doesn't conveniently remember things between nine and five.</w:t>
      </w:r>
    </w:p>
    <w:p w:rsidR="000F425E" w:rsidRPr="00335A3D" w:rsidRDefault="00000000">
      <w:pPr>
        <w:rPr>
          <w:rFonts w:asciiTheme="majorHAnsi" w:hAnsiTheme="majorHAnsi" w:cstheme="majorHAnsi"/>
        </w:rPr>
      </w:pPr>
      <w:r w:rsidRPr="00335A3D">
        <w:rPr>
          <w:rFonts w:asciiTheme="majorHAnsi" w:hAnsiTheme="majorHAnsi" w:cstheme="majorHAnsi"/>
        </w:rPr>
        <w:t>Something will occur to you in bed, in the shower, walking the dog or in the middle of doing something completely unrelated. Write it down. It doesn't mean you have to deal with it immediately.</w:t>
      </w:r>
    </w:p>
    <w:p w:rsidR="000F425E" w:rsidRPr="00335A3D" w:rsidRDefault="00000000">
      <w:pPr>
        <w:rPr>
          <w:rFonts w:asciiTheme="majorHAnsi" w:hAnsiTheme="majorHAnsi" w:cstheme="majorHAnsi"/>
        </w:rPr>
      </w:pPr>
      <w:r w:rsidRPr="00335A3D">
        <w:rPr>
          <w:rFonts w:asciiTheme="majorHAnsi" w:hAnsiTheme="majorHAnsi" w:cstheme="majorHAnsi"/>
        </w:rPr>
        <w:t>______________________________________________________________________________________</w:t>
      </w:r>
    </w:p>
    <w:p w:rsidR="005E4FB4" w:rsidRPr="00335A3D" w:rsidRDefault="005E4FB4">
      <w:pPr>
        <w:rPr>
          <w:rFonts w:asciiTheme="majorHAnsi" w:hAnsiTheme="majorHAnsi" w:cstheme="majorHAnsi"/>
        </w:rPr>
      </w:pPr>
    </w:p>
    <w:p w:rsidR="000F425E" w:rsidRPr="00335A3D" w:rsidRDefault="00000000">
      <w:pPr>
        <w:rPr>
          <w:rFonts w:asciiTheme="majorHAnsi" w:hAnsiTheme="majorHAnsi" w:cstheme="majorHAnsi"/>
        </w:rPr>
      </w:pPr>
      <w:r w:rsidRPr="00335A3D">
        <w:rPr>
          <w:rFonts w:asciiTheme="majorHAnsi" w:hAnsiTheme="majorHAnsi" w:cstheme="majorHAnsi"/>
        </w:rPr>
        <w:t>______________________________________________________________________________________</w:t>
      </w:r>
    </w:p>
    <w:p w:rsidR="005E4FB4" w:rsidRPr="00335A3D" w:rsidRDefault="005E4FB4">
      <w:pPr>
        <w:rPr>
          <w:rFonts w:asciiTheme="majorHAnsi" w:hAnsiTheme="majorHAnsi" w:cstheme="majorHAnsi"/>
        </w:rPr>
      </w:pPr>
    </w:p>
    <w:p w:rsidR="000F425E" w:rsidRPr="00335A3D" w:rsidRDefault="00000000">
      <w:pPr>
        <w:rPr>
          <w:rFonts w:asciiTheme="majorHAnsi" w:hAnsiTheme="majorHAnsi" w:cstheme="majorHAnsi"/>
        </w:rPr>
      </w:pPr>
      <w:r w:rsidRPr="00335A3D">
        <w:rPr>
          <w:rFonts w:asciiTheme="majorHAnsi" w:hAnsiTheme="majorHAnsi" w:cstheme="majorHAnsi"/>
        </w:rPr>
        <w:t>______________________________________________________________________________________</w:t>
      </w:r>
    </w:p>
    <w:p w:rsidR="005E4FB4" w:rsidRPr="00335A3D" w:rsidRDefault="005E4FB4">
      <w:pPr>
        <w:rPr>
          <w:rFonts w:asciiTheme="majorHAnsi" w:hAnsiTheme="majorHAnsi" w:cstheme="majorHAnsi"/>
        </w:rPr>
      </w:pPr>
    </w:p>
    <w:p w:rsidR="000F425E" w:rsidRPr="00335A3D" w:rsidRDefault="00000000">
      <w:pPr>
        <w:rPr>
          <w:rFonts w:asciiTheme="majorHAnsi" w:hAnsiTheme="majorHAnsi" w:cstheme="majorHAnsi"/>
        </w:rPr>
      </w:pPr>
      <w:r w:rsidRPr="00335A3D">
        <w:rPr>
          <w:rFonts w:asciiTheme="majorHAnsi" w:hAnsiTheme="majorHAnsi" w:cstheme="majorHAnsi"/>
        </w:rPr>
        <w:t>______________________________________________________________________________________</w:t>
      </w:r>
    </w:p>
    <w:p w:rsidR="005E4FB4" w:rsidRPr="00335A3D" w:rsidRDefault="005E4FB4">
      <w:pPr>
        <w:rPr>
          <w:rFonts w:asciiTheme="majorHAnsi" w:hAnsiTheme="majorHAnsi" w:cstheme="majorHAnsi"/>
        </w:rPr>
      </w:pPr>
    </w:p>
    <w:p w:rsidR="000F425E" w:rsidRPr="00335A3D" w:rsidRDefault="00000000">
      <w:pPr>
        <w:rPr>
          <w:rFonts w:asciiTheme="majorHAnsi" w:hAnsiTheme="majorHAnsi" w:cstheme="majorHAnsi"/>
        </w:rPr>
      </w:pPr>
      <w:r w:rsidRPr="00335A3D">
        <w:rPr>
          <w:rFonts w:asciiTheme="majorHAnsi" w:hAnsiTheme="majorHAnsi" w:cstheme="majorHAnsi"/>
        </w:rPr>
        <w:t>______________________________________________________________________________________</w:t>
      </w:r>
    </w:p>
    <w:p w:rsidR="005E4FB4" w:rsidRPr="00335A3D" w:rsidRDefault="005E4FB4">
      <w:pPr>
        <w:rPr>
          <w:rFonts w:asciiTheme="majorHAnsi" w:hAnsiTheme="majorHAnsi" w:cstheme="majorHAnsi"/>
        </w:rPr>
      </w:pPr>
    </w:p>
    <w:p w:rsidR="000F425E" w:rsidRPr="00335A3D" w:rsidRDefault="00000000">
      <w:pPr>
        <w:rPr>
          <w:rFonts w:asciiTheme="majorHAnsi" w:hAnsiTheme="majorHAnsi" w:cstheme="majorHAnsi"/>
        </w:rPr>
      </w:pPr>
      <w:r w:rsidRPr="00335A3D">
        <w:rPr>
          <w:rFonts w:asciiTheme="majorHAnsi" w:hAnsiTheme="majorHAnsi" w:cstheme="majorHAnsi"/>
        </w:rPr>
        <w:t>______________________________________________________________________________________</w:t>
      </w:r>
    </w:p>
    <w:p w:rsidR="005E4FB4" w:rsidRPr="00335A3D" w:rsidRDefault="005E4FB4">
      <w:pPr>
        <w:rPr>
          <w:rFonts w:asciiTheme="majorHAnsi" w:hAnsiTheme="majorHAnsi" w:cstheme="majorHAnsi"/>
        </w:rPr>
      </w:pPr>
    </w:p>
    <w:p w:rsidR="000F425E" w:rsidRPr="00335A3D" w:rsidRDefault="00000000">
      <w:pPr>
        <w:rPr>
          <w:rFonts w:asciiTheme="majorHAnsi" w:hAnsiTheme="majorHAnsi" w:cstheme="majorHAnsi"/>
        </w:rPr>
      </w:pPr>
      <w:r w:rsidRPr="00335A3D">
        <w:rPr>
          <w:rFonts w:asciiTheme="majorHAnsi" w:hAnsiTheme="majorHAnsi" w:cstheme="majorHAnsi"/>
        </w:rPr>
        <w:t>______________________________________________________________________________________</w:t>
      </w:r>
    </w:p>
    <w:p w:rsidR="005E4FB4" w:rsidRPr="00335A3D" w:rsidRDefault="005E4FB4">
      <w:pPr>
        <w:rPr>
          <w:rFonts w:asciiTheme="majorHAnsi" w:hAnsiTheme="majorHAnsi" w:cstheme="majorHAnsi"/>
        </w:rPr>
      </w:pPr>
    </w:p>
    <w:p w:rsidR="000F425E" w:rsidRPr="00335A3D" w:rsidRDefault="00000000">
      <w:pPr>
        <w:rPr>
          <w:rFonts w:asciiTheme="majorHAnsi" w:hAnsiTheme="majorHAnsi" w:cstheme="majorHAnsi"/>
        </w:rPr>
      </w:pPr>
      <w:r w:rsidRPr="00335A3D">
        <w:rPr>
          <w:rFonts w:asciiTheme="majorHAnsi" w:hAnsiTheme="majorHAnsi" w:cstheme="majorHAnsi"/>
        </w:rPr>
        <w:t>______________________________________________________________________________________</w:t>
      </w:r>
    </w:p>
    <w:p w:rsidR="005E4FB4" w:rsidRPr="00335A3D" w:rsidRDefault="005E4FB4">
      <w:pPr>
        <w:rPr>
          <w:rFonts w:asciiTheme="majorHAnsi" w:hAnsiTheme="majorHAnsi" w:cstheme="majorHAnsi"/>
        </w:rPr>
      </w:pPr>
    </w:p>
    <w:p w:rsidR="000F425E" w:rsidRPr="00335A3D" w:rsidRDefault="00000000">
      <w:pPr>
        <w:rPr>
          <w:rFonts w:asciiTheme="majorHAnsi" w:hAnsiTheme="majorHAnsi" w:cstheme="majorHAnsi"/>
        </w:rPr>
      </w:pPr>
      <w:r w:rsidRPr="00335A3D">
        <w:rPr>
          <w:rFonts w:asciiTheme="majorHAnsi" w:hAnsiTheme="majorHAnsi" w:cstheme="majorHAnsi"/>
        </w:rPr>
        <w:t>______________________________________________________________________________________</w:t>
      </w:r>
    </w:p>
    <w:p w:rsidR="005E4FB4" w:rsidRPr="00335A3D" w:rsidRDefault="005E4FB4">
      <w:pPr>
        <w:rPr>
          <w:rFonts w:asciiTheme="majorHAnsi" w:hAnsiTheme="majorHAnsi" w:cstheme="majorHAnsi"/>
        </w:rPr>
      </w:pPr>
    </w:p>
    <w:p w:rsidR="000F425E" w:rsidRPr="00335A3D" w:rsidRDefault="00000000">
      <w:pPr>
        <w:rPr>
          <w:rFonts w:asciiTheme="majorHAnsi" w:hAnsiTheme="majorHAnsi" w:cstheme="majorHAnsi"/>
        </w:rPr>
      </w:pPr>
      <w:r w:rsidRPr="00335A3D">
        <w:rPr>
          <w:rFonts w:asciiTheme="majorHAnsi" w:hAnsiTheme="majorHAnsi" w:cstheme="majorHAnsi"/>
        </w:rPr>
        <w:t>______________________________________________________________________________________</w:t>
      </w:r>
    </w:p>
    <w:p w:rsidR="005E4FB4" w:rsidRPr="00335A3D" w:rsidRDefault="005E4FB4">
      <w:pPr>
        <w:rPr>
          <w:rFonts w:asciiTheme="majorHAnsi" w:hAnsiTheme="majorHAnsi" w:cstheme="majorHAnsi"/>
        </w:rPr>
      </w:pPr>
    </w:p>
    <w:p w:rsidR="000F425E" w:rsidRPr="00335A3D" w:rsidRDefault="00000000">
      <w:pPr>
        <w:rPr>
          <w:rFonts w:asciiTheme="majorHAnsi" w:hAnsiTheme="majorHAnsi" w:cstheme="majorHAnsi"/>
        </w:rPr>
      </w:pPr>
      <w:r w:rsidRPr="00335A3D">
        <w:rPr>
          <w:rFonts w:asciiTheme="majorHAnsi" w:hAnsiTheme="majorHAnsi" w:cstheme="majorHAnsi"/>
        </w:rPr>
        <w:t>______________________________________________________________________________________</w:t>
      </w:r>
    </w:p>
    <w:p w:rsidR="005E4FB4" w:rsidRPr="00335A3D" w:rsidRDefault="005E4FB4">
      <w:pPr>
        <w:rPr>
          <w:rFonts w:asciiTheme="majorHAnsi" w:hAnsiTheme="majorHAnsi" w:cstheme="majorHAnsi"/>
        </w:rPr>
      </w:pPr>
    </w:p>
    <w:p w:rsidR="000F425E" w:rsidRPr="00335A3D" w:rsidRDefault="00000000">
      <w:pPr>
        <w:rPr>
          <w:rFonts w:asciiTheme="majorHAnsi" w:hAnsiTheme="majorHAnsi" w:cstheme="majorHAnsi"/>
        </w:rPr>
      </w:pPr>
      <w:r w:rsidRPr="00335A3D">
        <w:rPr>
          <w:rFonts w:asciiTheme="majorHAnsi" w:hAnsiTheme="majorHAnsi" w:cstheme="majorHAnsi"/>
        </w:rPr>
        <w:t>______________________________________________________________________________________</w:t>
      </w:r>
    </w:p>
    <w:p w:rsidR="005E4FB4" w:rsidRPr="00335A3D" w:rsidRDefault="005E4FB4">
      <w:pPr>
        <w:rPr>
          <w:rFonts w:asciiTheme="majorHAnsi" w:hAnsiTheme="majorHAnsi" w:cstheme="majorHAnsi"/>
        </w:rPr>
      </w:pPr>
    </w:p>
    <w:p w:rsidR="000F425E" w:rsidRPr="00335A3D" w:rsidRDefault="00000000">
      <w:pPr>
        <w:rPr>
          <w:rFonts w:asciiTheme="majorHAnsi" w:hAnsiTheme="majorHAnsi" w:cstheme="majorHAnsi"/>
        </w:rPr>
      </w:pPr>
      <w:r w:rsidRPr="00335A3D">
        <w:rPr>
          <w:rFonts w:asciiTheme="majorHAnsi" w:hAnsiTheme="majorHAnsi" w:cstheme="majorHAnsi"/>
        </w:rPr>
        <w:t>______________________________________________________________________________________</w:t>
      </w:r>
    </w:p>
    <w:p w:rsidR="005E4FB4" w:rsidRPr="00335A3D" w:rsidRDefault="005E4FB4">
      <w:pPr>
        <w:rPr>
          <w:rFonts w:asciiTheme="majorHAnsi" w:hAnsiTheme="majorHAnsi" w:cstheme="majorHAnsi"/>
        </w:rPr>
      </w:pPr>
    </w:p>
    <w:p w:rsidR="000F425E" w:rsidRPr="00335A3D" w:rsidRDefault="00000000">
      <w:pPr>
        <w:rPr>
          <w:rFonts w:asciiTheme="majorHAnsi" w:hAnsiTheme="majorHAnsi" w:cstheme="majorHAnsi"/>
        </w:rPr>
      </w:pPr>
      <w:r w:rsidRPr="00335A3D">
        <w:rPr>
          <w:rFonts w:asciiTheme="majorHAnsi" w:hAnsiTheme="majorHAnsi" w:cstheme="majorHAnsi"/>
        </w:rPr>
        <w:t>______________________________________________________________________________________</w:t>
      </w:r>
    </w:p>
    <w:p w:rsidR="005E4FB4" w:rsidRPr="00335A3D" w:rsidRDefault="005E4FB4">
      <w:pPr>
        <w:rPr>
          <w:rFonts w:asciiTheme="majorHAnsi" w:hAnsiTheme="majorHAnsi" w:cstheme="majorHAnsi"/>
        </w:rPr>
      </w:pPr>
    </w:p>
    <w:p w:rsidR="000F425E" w:rsidRPr="00335A3D" w:rsidRDefault="00000000">
      <w:pPr>
        <w:rPr>
          <w:rFonts w:asciiTheme="majorHAnsi" w:hAnsiTheme="majorHAnsi" w:cstheme="majorHAnsi"/>
        </w:rPr>
      </w:pPr>
      <w:r w:rsidRPr="00335A3D">
        <w:rPr>
          <w:rFonts w:asciiTheme="majorHAnsi" w:hAnsiTheme="majorHAnsi" w:cstheme="majorHAnsi"/>
        </w:rPr>
        <w:t>______________________________________________________________________________________</w:t>
      </w:r>
    </w:p>
    <w:p w:rsidR="005E4FB4" w:rsidRPr="00335A3D" w:rsidRDefault="005E4FB4">
      <w:pPr>
        <w:rPr>
          <w:rFonts w:asciiTheme="majorHAnsi" w:hAnsiTheme="majorHAnsi" w:cstheme="majorHAnsi"/>
        </w:rPr>
      </w:pPr>
    </w:p>
    <w:p w:rsidR="000F425E" w:rsidRPr="00335A3D" w:rsidRDefault="00000000">
      <w:pPr>
        <w:rPr>
          <w:rFonts w:asciiTheme="majorHAnsi" w:hAnsiTheme="majorHAnsi" w:cstheme="majorHAnsi"/>
        </w:rPr>
      </w:pPr>
      <w:r w:rsidRPr="00335A3D">
        <w:rPr>
          <w:rFonts w:asciiTheme="majorHAnsi" w:hAnsiTheme="majorHAnsi" w:cstheme="majorHAnsi"/>
        </w:rPr>
        <w:t>______________________________________________________________________________________</w:t>
      </w:r>
    </w:p>
    <w:p w:rsidR="000F425E" w:rsidRPr="00335A3D" w:rsidRDefault="00000000">
      <w:pPr>
        <w:pStyle w:val="Heading1"/>
        <w:rPr>
          <w:rFonts w:cstheme="majorHAnsi"/>
        </w:rPr>
      </w:pPr>
      <w:r w:rsidRPr="00335A3D">
        <w:rPr>
          <w:rFonts w:cstheme="majorHAnsi"/>
        </w:rPr>
        <w:t>One Last Thing</w:t>
      </w:r>
    </w:p>
    <w:p w:rsidR="000F425E" w:rsidRPr="00335A3D" w:rsidRDefault="00000000">
      <w:pPr>
        <w:shd w:val="clear" w:color="auto" w:fill="FFF4EF"/>
        <w:spacing w:before="90" w:after="90"/>
        <w:ind w:left="120" w:right="120"/>
        <w:rPr>
          <w:rFonts w:asciiTheme="majorHAnsi" w:hAnsiTheme="majorHAnsi" w:cstheme="majorHAnsi"/>
        </w:rPr>
      </w:pPr>
      <w:r w:rsidRPr="00335A3D">
        <w:rPr>
          <w:rFonts w:asciiTheme="majorHAnsi" w:hAnsiTheme="majorHAnsi" w:cstheme="majorHAnsi"/>
          <w:b/>
        </w:rPr>
        <w:t>It's your notebook.</w:t>
      </w:r>
    </w:p>
    <w:p w:rsidR="000F425E" w:rsidRPr="00335A3D" w:rsidRDefault="00000000">
      <w:pPr>
        <w:rPr>
          <w:rFonts w:asciiTheme="majorHAnsi" w:hAnsiTheme="majorHAnsi" w:cstheme="majorHAnsi"/>
        </w:rPr>
      </w:pPr>
      <w:r w:rsidRPr="00335A3D">
        <w:rPr>
          <w:rFonts w:asciiTheme="majorHAnsi" w:hAnsiTheme="majorHAnsi" w:cstheme="majorHAnsi"/>
        </w:rPr>
        <w:t>Use it to get things out of your head. Then deal with what actually needs dealt with today. The rest can sit there until you're ready for it.</w:t>
      </w:r>
    </w:p>
    <w:p w:rsidR="000F425E" w:rsidRPr="00335A3D" w:rsidRDefault="00000000">
      <w:pPr>
        <w:shd w:val="clear" w:color="auto" w:fill="F2F8F8"/>
        <w:spacing w:before="90" w:after="90"/>
        <w:ind w:left="120" w:right="120"/>
        <w:rPr>
          <w:rFonts w:asciiTheme="majorHAnsi" w:hAnsiTheme="majorHAnsi" w:cstheme="majorHAnsi"/>
        </w:rPr>
      </w:pPr>
      <w:r w:rsidRPr="00335A3D">
        <w:rPr>
          <w:rFonts w:asciiTheme="majorHAnsi" w:hAnsiTheme="majorHAnsi" w:cstheme="majorHAnsi"/>
          <w:b/>
        </w:rPr>
        <w:t xml:space="preserve">About this resource: </w:t>
      </w:r>
      <w:r w:rsidRPr="00335A3D">
        <w:rPr>
          <w:rFonts w:asciiTheme="majorHAnsi" w:hAnsiTheme="majorHAnsi" w:cstheme="majorHAnsi"/>
        </w:rPr>
        <w:t>This notebook is based on my own experience after my husband Darren died suddenly. It is simply a practical way of recording information and keeping track of things when there is far too much going on. Use whatever parts are useful to you.</w:t>
      </w:r>
    </w:p>
    <w:sectPr w:rsidR="000F425E" w:rsidRPr="00335A3D" w:rsidSect="00034616">
      <w:headerReference w:type="default" r:id="rId8"/>
      <w:footerReference w:type="default" r:id="rId9"/>
      <w:pgSz w:w="12240" w:h="15840"/>
      <w:pgMar w:top="936" w:right="1037" w:bottom="93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E3573" w:rsidRDefault="009E3573">
      <w:pPr>
        <w:spacing w:after="0" w:line="240" w:lineRule="auto"/>
      </w:pPr>
      <w:r>
        <w:separator/>
      </w:r>
    </w:p>
  </w:endnote>
  <w:endnote w:type="continuationSeparator" w:id="0">
    <w:p w:rsidR="009E3573" w:rsidRDefault="009E35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modern"/>
    <w:pitch w:val="fixed"/>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F425E" w:rsidRPr="00DF12CE" w:rsidRDefault="00DF12CE" w:rsidP="00DF12CE">
    <w:pPr>
      <w:pStyle w:val="isselectedend"/>
      <w:jc w:val="center"/>
      <w:rPr>
        <w:rFonts w:ascii="Arial" w:hAnsi="Arial" w:cs="Arial"/>
        <w:b/>
        <w:bCs/>
        <w:sz w:val="18"/>
        <w:szCs w:val="18"/>
      </w:rPr>
    </w:pPr>
    <w:r w:rsidRPr="00DF12CE">
      <w:rPr>
        <w:rStyle w:val="Strong"/>
        <w:rFonts w:ascii="Arial" w:hAnsi="Arial" w:cs="Arial"/>
        <w:b w:val="0"/>
        <w:bCs w:val="0"/>
        <w:sz w:val="18"/>
        <w:szCs w:val="18"/>
      </w:rPr>
      <w:t>whatnowafterloss.com</w:t>
    </w:r>
    <w:r>
      <w:rPr>
        <w:rStyle w:val="Strong"/>
        <w:rFonts w:ascii="Arial" w:hAnsi="Arial" w:cs="Arial"/>
        <w:b w:val="0"/>
        <w:bCs w:val="0"/>
        <w:sz w:val="18"/>
        <w:szCs w:val="18"/>
      </w:rPr>
      <w:t xml:space="preserve">: </w:t>
    </w:r>
    <w:r>
      <w:rPr>
        <w:rFonts w:ascii="Arial" w:hAnsi="Arial" w:cs="Arial"/>
        <w:sz w:val="18"/>
        <w:szCs w:val="18"/>
      </w:rPr>
      <w:t>c</w:t>
    </w:r>
    <w:r w:rsidRPr="00DF12CE">
      <w:rPr>
        <w:rFonts w:ascii="Arial" w:hAnsi="Arial" w:cs="Arial"/>
        <w:sz w:val="18"/>
        <w:szCs w:val="18"/>
      </w:rPr>
      <w:t>reated by Noreen Pickering for What Now After Loss, 2026</w:t>
    </w:r>
    <w:r w:rsidRPr="00DF12CE">
      <w:rPr>
        <w:rFonts w:ascii="Arial" w:hAnsi="Arial" w:cs="Arial"/>
        <w:sz w:val="18"/>
        <w:szCs w:val="18"/>
      </w:rPr>
      <w:br/>
      <w:t>Free to download and print for personal use.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E3573" w:rsidRDefault="009E3573">
      <w:pPr>
        <w:spacing w:after="0" w:line="240" w:lineRule="auto"/>
      </w:pPr>
      <w:r>
        <w:separator/>
      </w:r>
    </w:p>
  </w:footnote>
  <w:footnote w:type="continuationSeparator" w:id="0">
    <w:p w:rsidR="009E3573" w:rsidRDefault="009E35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F425E" w:rsidRDefault="005E4FB4">
    <w:pPr>
      <w:pStyle w:val="Header"/>
      <w:jc w:val="right"/>
    </w:pPr>
    <w:r>
      <w:rPr>
        <w:noProof/>
      </w:rPr>
      <w:drawing>
        <wp:inline distT="0" distB="0" distL="0" distR="0" wp14:anchorId="09F9A929" wp14:editId="49DB52A6">
          <wp:extent cx="859240" cy="668810"/>
          <wp:effectExtent l="0" t="0" r="4445" b="4445"/>
          <wp:docPr id="19115539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553972" name="Picture 1911553972"/>
                  <pic:cNvPicPr/>
                </pic:nvPicPr>
                <pic:blipFill>
                  <a:blip r:embed="rId1"/>
                  <a:stretch>
                    <a:fillRect/>
                  </a:stretch>
                </pic:blipFill>
                <pic:spPr>
                  <a:xfrm>
                    <a:off x="0" y="0"/>
                    <a:ext cx="898169" cy="6991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42519215">
    <w:abstractNumId w:val="8"/>
  </w:num>
  <w:num w:numId="2" w16cid:durableId="1434397250">
    <w:abstractNumId w:val="6"/>
  </w:num>
  <w:num w:numId="3" w16cid:durableId="622928395">
    <w:abstractNumId w:val="5"/>
  </w:num>
  <w:num w:numId="4" w16cid:durableId="21169006">
    <w:abstractNumId w:val="4"/>
  </w:num>
  <w:num w:numId="5" w16cid:durableId="372966019">
    <w:abstractNumId w:val="7"/>
  </w:num>
  <w:num w:numId="6" w16cid:durableId="2132892244">
    <w:abstractNumId w:val="3"/>
  </w:num>
  <w:num w:numId="7" w16cid:durableId="1834031509">
    <w:abstractNumId w:val="2"/>
  </w:num>
  <w:num w:numId="8" w16cid:durableId="703215938">
    <w:abstractNumId w:val="1"/>
  </w:num>
  <w:num w:numId="9" w16cid:durableId="11119724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F425E"/>
    <w:rsid w:val="0015074B"/>
    <w:rsid w:val="0029639D"/>
    <w:rsid w:val="00326F90"/>
    <w:rsid w:val="00335A3D"/>
    <w:rsid w:val="005E4FB4"/>
    <w:rsid w:val="009E3573"/>
    <w:rsid w:val="00AA1D8D"/>
    <w:rsid w:val="00B47730"/>
    <w:rsid w:val="00BF151A"/>
    <w:rsid w:val="00CB0664"/>
    <w:rsid w:val="00DF12C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425BE6"/>
  <w14:defaultImageDpi w14:val="300"/>
  <w15:docId w15:val="{4C599954-199D-6349-9653-F0CA3D6D5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rial" w:hAnsi="Arial"/>
      <w:color w:val="202B35"/>
      <w:sz w:val="21"/>
    </w:rPr>
  </w:style>
  <w:style w:type="paragraph" w:styleId="Heading1">
    <w:name w:val="heading 1"/>
    <w:basedOn w:val="Normal"/>
    <w:next w:val="Normal"/>
    <w:link w:val="Heading1Char"/>
    <w:uiPriority w:val="9"/>
    <w:qFormat/>
    <w:rsid w:val="00FC693F"/>
    <w:pPr>
      <w:keepNext/>
      <w:keepLines/>
      <w:spacing w:before="180"/>
      <w:outlineLvl w:val="0"/>
    </w:pPr>
    <w:rPr>
      <w:rFonts w:asciiTheme="majorHAnsi" w:eastAsiaTheme="majorEastAsia" w:hAnsiTheme="majorHAnsi" w:cstheme="majorBidi"/>
      <w:b/>
      <w:bCs/>
      <w:color w:val="16324F"/>
      <w:sz w:val="34"/>
      <w:szCs w:val="28"/>
    </w:rPr>
  </w:style>
  <w:style w:type="paragraph" w:styleId="Heading2">
    <w:name w:val="heading 2"/>
    <w:basedOn w:val="Normal"/>
    <w:next w:val="Normal"/>
    <w:link w:val="Heading2Char"/>
    <w:uiPriority w:val="9"/>
    <w:unhideWhenUsed/>
    <w:qFormat/>
    <w:rsid w:val="00FC693F"/>
    <w:pPr>
      <w:keepNext/>
      <w:keepLines/>
      <w:spacing w:before="180"/>
      <w:outlineLvl w:val="1"/>
    </w:pPr>
    <w:rPr>
      <w:rFonts w:asciiTheme="majorHAnsi" w:eastAsiaTheme="majorEastAsia" w:hAnsiTheme="majorHAnsi" w:cstheme="majorBidi"/>
      <w:b/>
      <w:bCs/>
      <w:color w:val="087E8B"/>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80" w:line="240" w:lineRule="auto"/>
      <w:contextualSpacing/>
    </w:pPr>
    <w:rPr>
      <w:rFonts w:asciiTheme="majorHAnsi" w:eastAsiaTheme="majorEastAsia" w:hAnsiTheme="majorHAnsi" w:cstheme="majorBidi"/>
      <w:b/>
      <w:color w:val="16324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sourceIntro">
    <w:name w:val="Resource Intro"/>
    <w:pPr>
      <w:spacing w:after="140"/>
    </w:pPr>
    <w:rPr>
      <w:rFonts w:ascii="Arial" w:hAnsi="Arial"/>
      <w:b/>
      <w:color w:val="087E8B"/>
      <w:sz w:val="24"/>
    </w:rPr>
  </w:style>
  <w:style w:type="paragraph" w:customStyle="1" w:styleId="isselectedend">
    <w:name w:val="isselectedend"/>
    <w:basedOn w:val="Normal"/>
    <w:rsid w:val="00DF12CE"/>
    <w:pPr>
      <w:spacing w:before="100" w:beforeAutospacing="1" w:afterAutospacing="1" w:line="240" w:lineRule="auto"/>
    </w:pPr>
    <w:rPr>
      <w:rFonts w:ascii="Times New Roman" w:eastAsia="Times New Roman" w:hAnsi="Times New Roman" w:cs="Times New Roman"/>
      <w:color w:val="auto"/>
      <w:sz w:val="24"/>
      <w:szCs w:val="24"/>
      <w:lang w:val="en-GB" w:eastAsia="en-GB"/>
    </w:rPr>
  </w:style>
  <w:style w:type="paragraph" w:styleId="NormalWeb">
    <w:name w:val="Normal (Web)"/>
    <w:basedOn w:val="Normal"/>
    <w:uiPriority w:val="99"/>
    <w:semiHidden/>
    <w:unhideWhenUsed/>
    <w:rsid w:val="00DF12CE"/>
    <w:pPr>
      <w:spacing w:before="100" w:beforeAutospacing="1" w:afterAutospacing="1" w:line="240" w:lineRule="auto"/>
    </w:pPr>
    <w:rPr>
      <w:rFonts w:ascii="Times New Roman" w:eastAsia="Times New Roman" w:hAnsi="Times New Roman" w:cs="Times New Roman"/>
      <w:color w:val="auto"/>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5371624">
      <w:bodyDiv w:val="1"/>
      <w:marLeft w:val="0"/>
      <w:marRight w:val="0"/>
      <w:marTop w:val="0"/>
      <w:marBottom w:val="0"/>
      <w:divBdr>
        <w:top w:val="none" w:sz="0" w:space="0" w:color="auto"/>
        <w:left w:val="none" w:sz="0" w:space="0" w:color="auto"/>
        <w:bottom w:val="none" w:sz="0" w:space="0" w:color="auto"/>
        <w:right w:val="none" w:sz="0" w:space="0" w:color="auto"/>
      </w:divBdr>
    </w:div>
    <w:div w:id="19045624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9</Pages>
  <Words>1281</Words>
  <Characters>7857</Characters>
  <Application>Microsoft Office Word</Application>
  <DocSecurity>0</DocSecurity>
  <Lines>160</Lines>
  <Paragraphs>157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8981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Noreen Pickering</cp:lastModifiedBy>
  <cp:revision>4</cp:revision>
  <dcterms:created xsi:type="dcterms:W3CDTF">2013-12-23T23:15:00Z</dcterms:created>
  <dcterms:modified xsi:type="dcterms:W3CDTF">2026-09-07T14:20:00Z</dcterms:modified>
  <cp:category/>
</cp:coreProperties>
</file>