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E1EFE" w:rsidRPr="001D4305" w:rsidRDefault="00000000">
      <w:pPr>
        <w:pStyle w:val="Title"/>
        <w:jc w:val="center"/>
        <w:rPr>
          <w:rFonts w:cstheme="majorHAnsi"/>
          <w:color w:val="C93664"/>
        </w:rPr>
      </w:pPr>
      <w:r w:rsidRPr="001D4305">
        <w:rPr>
          <w:rFonts w:cstheme="majorHAnsi"/>
          <w:color w:val="C93664"/>
        </w:rPr>
        <w:t>Help Me Write About the Person Who Died</w:t>
      </w:r>
    </w:p>
    <w:p w:rsidR="005E1EFE" w:rsidRPr="001D4305" w:rsidRDefault="00000000">
      <w:pPr>
        <w:jc w:val="center"/>
        <w:rPr>
          <w:rFonts w:asciiTheme="majorHAnsi" w:hAnsiTheme="majorHAnsi" w:cstheme="majorHAnsi"/>
        </w:rPr>
      </w:pPr>
      <w:r w:rsidRPr="001D4305">
        <w:rPr>
          <w:rFonts w:asciiTheme="majorHAnsi" w:hAnsiTheme="majorHAnsi" w:cstheme="majorHAnsi"/>
          <w:bCs/>
        </w:rPr>
        <w:t>You don't need to write their life story.</w:t>
      </w:r>
      <w:r w:rsidRPr="001D4305">
        <w:rPr>
          <w:rFonts w:asciiTheme="majorHAnsi" w:hAnsiTheme="majorHAnsi" w:cstheme="majorHAnsi"/>
          <w:b/>
        </w:rPr>
        <w:t xml:space="preserve"> </w:t>
      </w:r>
      <w:r w:rsidRPr="001D4305">
        <w:rPr>
          <w:rFonts w:asciiTheme="majorHAnsi" w:hAnsiTheme="majorHAnsi" w:cstheme="majorHAnsi"/>
        </w:rPr>
        <w:t xml:space="preserve">These prompts are simply here to help you remember the things that made them </w:t>
      </w:r>
      <w:proofErr w:type="spellStart"/>
      <w:r w:rsidRPr="001D4305">
        <w:rPr>
          <w:rFonts w:asciiTheme="majorHAnsi" w:hAnsiTheme="majorHAnsi" w:cstheme="majorHAnsi"/>
        </w:rPr>
        <w:t>them</w:t>
      </w:r>
      <w:proofErr w:type="spellEnd"/>
      <w:r w:rsidRPr="001D4305">
        <w:rPr>
          <w:rFonts w:asciiTheme="majorHAnsi" w:hAnsiTheme="majorHAnsi" w:cstheme="majorHAnsi"/>
        </w:rPr>
        <w:t>.</w:t>
      </w:r>
      <w:r w:rsidR="006E48B0" w:rsidRPr="001D4305">
        <w:rPr>
          <w:rFonts w:asciiTheme="majorHAnsi" w:hAnsiTheme="majorHAnsi" w:cstheme="majorHAnsi"/>
        </w:rPr>
        <w:t xml:space="preserve"> You don’t have to come up with an answer for all of these points. I hope they help you work out what you would like mentioned</w:t>
      </w:r>
      <w:r w:rsidR="009D5FDD" w:rsidRPr="001D4305">
        <w:rPr>
          <w:rFonts w:asciiTheme="majorHAnsi" w:hAnsiTheme="majorHAnsi" w:cstheme="majorHAnsi"/>
        </w:rPr>
        <w:t>.</w:t>
      </w:r>
      <w:r w:rsidR="006E48B0" w:rsidRPr="001D4305">
        <w:rPr>
          <w:rFonts w:asciiTheme="majorHAnsi" w:hAnsiTheme="majorHAnsi" w:cstheme="majorHAnsi"/>
        </w:rPr>
        <w:t xml:space="preserve"> </w:t>
      </w:r>
    </w:p>
    <w:p w:rsidR="005E1EFE" w:rsidRPr="001D4305" w:rsidRDefault="00000000">
      <w:pPr>
        <w:pStyle w:val="Heading1"/>
        <w:rPr>
          <w:rFonts w:cstheme="majorHAnsi"/>
        </w:rPr>
      </w:pPr>
      <w:r w:rsidRPr="001D4305">
        <w:rPr>
          <w:rFonts w:cstheme="majorHAnsi"/>
        </w:rPr>
        <w:t>The basics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Full name and nicknames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Where they were from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Parents, brothers and sisters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Partner, husband or wife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Children and grandchildren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Work and career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Important places they lived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Important periods of their life</w:t>
      </w:r>
    </w:p>
    <w:p w:rsidR="005E1EFE" w:rsidRPr="001D4305" w:rsidRDefault="00000000">
      <w:pPr>
        <w:pStyle w:val="Heading1"/>
        <w:rPr>
          <w:rFonts w:cstheme="majorHAnsi"/>
        </w:rPr>
      </w:pPr>
      <w:r w:rsidRPr="001D4305">
        <w:rPr>
          <w:rFonts w:cstheme="majorHAnsi"/>
        </w:rPr>
        <w:t>What were they actually like?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Three words I'd use to describe them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Three words their friends would use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What made them laugh?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What made them angry?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What were they brilliant at?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What were they absolutely useless at?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What did they always say?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What did they always do?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What little habits did they have?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What would everybody immediately recognise as being so them?</w:t>
      </w:r>
    </w:p>
    <w:p w:rsidR="005E1EFE" w:rsidRPr="001D4305" w:rsidRDefault="00000000">
      <w:pPr>
        <w:pStyle w:val="Heading1"/>
        <w:rPr>
          <w:rFonts w:cstheme="majorHAnsi"/>
        </w:rPr>
      </w:pPr>
      <w:r w:rsidRPr="001D4305">
        <w:rPr>
          <w:rFonts w:cstheme="majorHAnsi"/>
        </w:rPr>
        <w:t>The ordinary stuff</w:t>
      </w:r>
    </w:p>
    <w:p w:rsidR="005E1EFE" w:rsidRPr="001D4305" w:rsidRDefault="00000000">
      <w:pPr>
        <w:rPr>
          <w:rFonts w:asciiTheme="majorHAnsi" w:hAnsiTheme="majorHAnsi" w:cstheme="majorHAnsi"/>
        </w:rPr>
      </w:pPr>
      <w:r w:rsidRPr="001D4305">
        <w:rPr>
          <w:rFonts w:asciiTheme="majorHAnsi" w:hAnsiTheme="majorHAnsi" w:cstheme="majorHAnsi"/>
          <w:i/>
        </w:rPr>
        <w:t>Sometimes the ordinary details tell you far more about somebody than a list of achievements.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proofErr w:type="gramStart"/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What</w:t>
      </w:r>
      <w:proofErr w:type="gramEnd"/>
      <w:r w:rsidRPr="001D4305">
        <w:rPr>
          <w:rFonts w:asciiTheme="majorHAnsi" w:hAnsiTheme="majorHAnsi" w:cstheme="majorHAnsi"/>
        </w:rPr>
        <w:t xml:space="preserve"> did a normal Saturday look like?</w:t>
      </w:r>
      <w:r w:rsidR="009D5FDD" w:rsidRPr="001D4305">
        <w:rPr>
          <w:rFonts w:asciiTheme="majorHAnsi" w:hAnsiTheme="majorHAnsi" w:cstheme="majorHAnsi"/>
        </w:rPr>
        <w:t xml:space="preserve"> (with Darren it was watching Only Fools and Horses</w:t>
      </w:r>
      <w:r w:rsidR="009D5FDD" w:rsidRPr="001D4305">
        <w:rPr>
          <w:rFonts w:asciiTheme="majorHAnsi" w:hAnsiTheme="majorHAnsi" w:cstheme="majorHAnsi"/>
        </w:rPr>
        <w:sym w:font="Wingdings" w:char="F04A"/>
      </w:r>
      <w:r w:rsidR="009D5FDD" w:rsidRPr="001D4305">
        <w:rPr>
          <w:rFonts w:asciiTheme="majorHAnsi" w:hAnsiTheme="majorHAnsi" w:cstheme="majorHAnsi"/>
        </w:rPr>
        <w:t>)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proofErr w:type="gramStart"/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What</w:t>
      </w:r>
      <w:proofErr w:type="gramEnd"/>
      <w:r w:rsidRPr="001D4305">
        <w:rPr>
          <w:rFonts w:asciiTheme="majorHAnsi" w:hAnsiTheme="majorHAnsi" w:cstheme="majorHAnsi"/>
        </w:rPr>
        <w:t xml:space="preserve"> did they watch on TV?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lastRenderedPageBreak/>
        <w:t>☐</w:t>
      </w:r>
      <w:r w:rsidRPr="001D4305">
        <w:rPr>
          <w:rFonts w:asciiTheme="majorHAnsi" w:hAnsiTheme="majorHAnsi" w:cstheme="majorHAnsi"/>
        </w:rPr>
        <w:t xml:space="preserve">  What did they eat or drink?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What did they cook?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Where did they sit?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What did they do around the house?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What did they complain about?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What could you always rely on them to do?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What seemingly insignificant thing do you already miss?</w:t>
      </w:r>
    </w:p>
    <w:p w:rsidR="005E1EFE" w:rsidRPr="001D4305" w:rsidRDefault="00000000">
      <w:pPr>
        <w:pStyle w:val="Heading1"/>
        <w:rPr>
          <w:rFonts w:cstheme="majorHAnsi"/>
        </w:rPr>
      </w:pPr>
      <w:r w:rsidRPr="001D4305">
        <w:rPr>
          <w:rFonts w:cstheme="majorHAnsi"/>
        </w:rPr>
        <w:t>Their people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Who were their oldest friends?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Who were they closest to?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Who did they work with?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Who knew a different side of them?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Who might have a story I've forgotten?</w:t>
      </w:r>
    </w:p>
    <w:p w:rsidR="005E1EFE" w:rsidRPr="001D4305" w:rsidRDefault="00000000">
      <w:pPr>
        <w:shd w:val="clear" w:color="auto" w:fill="EAF6F4"/>
        <w:rPr>
          <w:rFonts w:asciiTheme="majorHAnsi" w:hAnsiTheme="majorHAnsi" w:cstheme="majorHAnsi"/>
        </w:rPr>
      </w:pPr>
      <w:r w:rsidRPr="001D4305">
        <w:rPr>
          <w:rFonts w:asciiTheme="majorHAnsi" w:hAnsiTheme="majorHAnsi" w:cstheme="majorHAnsi"/>
          <w:b/>
        </w:rPr>
        <w:t>Try asking someone: "What do you think of when you think of them?"</w:t>
      </w:r>
    </w:p>
    <w:p w:rsidR="005E1EFE" w:rsidRPr="001D4305" w:rsidRDefault="00000000">
      <w:pPr>
        <w:pStyle w:val="Heading1"/>
        <w:rPr>
          <w:rFonts w:cstheme="majorHAnsi"/>
        </w:rPr>
      </w:pPr>
      <w:r w:rsidRPr="001D4305">
        <w:rPr>
          <w:rFonts w:cstheme="majorHAnsi"/>
        </w:rPr>
        <w:t>Stories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The story everybody always tells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Something hilarious they did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Something ridiculous they did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A holiday story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A work story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A family story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Something from when they were young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Something nobody else might know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A moment that sums them up perfectly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Something they would probably be horrified we're telling everyone</w:t>
      </w:r>
    </w:p>
    <w:p w:rsidR="005E1EFE" w:rsidRPr="001D4305" w:rsidRDefault="00000000">
      <w:pPr>
        <w:pStyle w:val="Heading1"/>
        <w:rPr>
          <w:rFonts w:cstheme="majorHAnsi"/>
        </w:rPr>
      </w:pPr>
      <w:r w:rsidRPr="001D4305">
        <w:rPr>
          <w:rFonts w:cstheme="majorHAnsi"/>
        </w:rPr>
        <w:t>Us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How did we meet?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What did I first think of them?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What did they first think of me?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lastRenderedPageBreak/>
        <w:t>☐</w:t>
      </w:r>
      <w:r w:rsidRPr="001D4305">
        <w:rPr>
          <w:rFonts w:asciiTheme="majorHAnsi" w:hAnsiTheme="majorHAnsi" w:cstheme="majorHAnsi"/>
        </w:rPr>
        <w:t xml:space="preserve">  What did we do together?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What made us laugh?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What did we argue about?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What were our routines?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What were our places?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What did we call each other?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What private jokes did we have?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What memories immediately come into my head?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What did they mean to me?</w:t>
      </w:r>
    </w:p>
    <w:p w:rsidR="005E1EFE" w:rsidRPr="001D4305" w:rsidRDefault="00000000">
      <w:pPr>
        <w:pStyle w:val="Heading1"/>
        <w:rPr>
          <w:rFonts w:cstheme="majorHAnsi"/>
        </w:rPr>
      </w:pPr>
      <w:r w:rsidRPr="001D4305">
        <w:rPr>
          <w:rFonts w:cstheme="majorHAnsi"/>
        </w:rPr>
        <w:t>Music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Favourite artist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Favourite album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Favourite song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Music from when they were young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Songs you shared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Concerts you went to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Wedding music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Their playlists or Spotify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Songs their friends associate with them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A song that just sounds like them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Entrance music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Reflective music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Leaving or final song</w:t>
      </w:r>
    </w:p>
    <w:p w:rsidR="005E1EFE" w:rsidRPr="001D4305" w:rsidRDefault="00000000">
      <w:pPr>
        <w:shd w:val="clear" w:color="auto" w:fill="FFF4EF"/>
        <w:rPr>
          <w:rFonts w:asciiTheme="majorHAnsi" w:hAnsiTheme="majorHAnsi" w:cstheme="majorHAnsi"/>
        </w:rPr>
      </w:pPr>
      <w:r w:rsidRPr="001D4305">
        <w:rPr>
          <w:rFonts w:asciiTheme="majorHAnsi" w:hAnsiTheme="majorHAnsi" w:cstheme="majorHAnsi"/>
          <w:b/>
        </w:rPr>
        <w:t xml:space="preserve">Ask their friends. </w:t>
      </w:r>
      <w:r w:rsidRPr="001D4305">
        <w:rPr>
          <w:rFonts w:asciiTheme="majorHAnsi" w:hAnsiTheme="majorHAnsi" w:cstheme="majorHAnsi"/>
        </w:rPr>
        <w:t>Someone else may remember a band, song or story that your overwhelmed brain simply hasn't brought back to you yet.</w:t>
      </w:r>
    </w:p>
    <w:p w:rsidR="005E1EFE" w:rsidRPr="001D4305" w:rsidRDefault="00000000">
      <w:pPr>
        <w:pStyle w:val="Heading1"/>
        <w:rPr>
          <w:rFonts w:cstheme="majorHAnsi"/>
        </w:rPr>
      </w:pPr>
      <w:r w:rsidRPr="001D4305">
        <w:rPr>
          <w:rFonts w:cstheme="majorHAnsi"/>
        </w:rPr>
        <w:t>Photos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Favourite photograph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A photograph that actually looks like them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Family photographs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Friends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lastRenderedPageBreak/>
        <w:t>☐</w:t>
      </w:r>
      <w:r w:rsidRPr="001D4305">
        <w:rPr>
          <w:rFonts w:asciiTheme="majorHAnsi" w:hAnsiTheme="majorHAnsi" w:cstheme="majorHAnsi"/>
        </w:rPr>
        <w:t xml:space="preserve">  Work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Holidays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Younger years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Funny photographs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Photographs other people might have that I don't</w:t>
      </w:r>
    </w:p>
    <w:p w:rsidR="005E1EFE" w:rsidRPr="001D4305" w:rsidRDefault="00000000">
      <w:pPr>
        <w:pStyle w:val="Heading1"/>
        <w:rPr>
          <w:rFonts w:cstheme="majorHAnsi"/>
        </w:rPr>
      </w:pPr>
      <w:r w:rsidRPr="001D4305">
        <w:rPr>
          <w:rFonts w:cstheme="majorHAnsi"/>
        </w:rPr>
        <w:t>Things they loved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Music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Films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TV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Books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Sport or team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Food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Places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Holidays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Hobbies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Clothes or style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Cars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Pets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Completely random obsessions</w:t>
      </w:r>
    </w:p>
    <w:p w:rsidR="005E1EFE" w:rsidRPr="001D4305" w:rsidRDefault="00000000">
      <w:pPr>
        <w:pStyle w:val="Heading1"/>
        <w:rPr>
          <w:rFonts w:cstheme="majorHAnsi"/>
        </w:rPr>
      </w:pPr>
      <w:r w:rsidRPr="001D4305">
        <w:rPr>
          <w:rFonts w:cstheme="majorHAnsi"/>
        </w:rPr>
        <w:t>Things they hated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Pet hates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Things that drove them mad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Things they would rant about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Things everyone teased them about</w:t>
      </w:r>
    </w:p>
    <w:p w:rsidR="005E1EFE" w:rsidRPr="001D4305" w:rsidRDefault="00000000">
      <w:pPr>
        <w:pStyle w:val="Heading1"/>
        <w:rPr>
          <w:rFonts w:cstheme="majorHAnsi"/>
        </w:rPr>
      </w:pPr>
      <w:r w:rsidRPr="001D4305">
        <w:rPr>
          <w:rFonts w:cstheme="majorHAnsi"/>
        </w:rPr>
        <w:t>Their life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What were they proud of?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What did they achieve?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What mattered to them?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What did they care about?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lastRenderedPageBreak/>
        <w:t>☐</w:t>
      </w:r>
      <w:r w:rsidRPr="001D4305">
        <w:rPr>
          <w:rFonts w:asciiTheme="majorHAnsi" w:hAnsiTheme="majorHAnsi" w:cstheme="majorHAnsi"/>
        </w:rPr>
        <w:t xml:space="preserve">  What were they looking forward to?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What had they overcome?</w:t>
      </w: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What did they give other people?</w:t>
      </w:r>
    </w:p>
    <w:p w:rsidR="008E7B16" w:rsidRDefault="00000000" w:rsidP="008E7B16">
      <w:pPr>
        <w:spacing w:after="60"/>
        <w:rPr>
          <w:rFonts w:asciiTheme="majorHAnsi" w:hAnsiTheme="majorHAnsi" w:cstheme="majorHAnsi"/>
        </w:rPr>
      </w:pPr>
      <w:proofErr w:type="gramStart"/>
      <w:r w:rsidRPr="001D4305">
        <w:rPr>
          <w:rFonts w:ascii="Segoe UI Symbol" w:hAnsi="Segoe UI Symbol" w:cs="Segoe UI Symbol"/>
        </w:rPr>
        <w:t>☐</w:t>
      </w:r>
      <w:r w:rsidRPr="001D4305">
        <w:rPr>
          <w:rFonts w:asciiTheme="majorHAnsi" w:hAnsiTheme="majorHAnsi" w:cstheme="majorHAnsi"/>
        </w:rPr>
        <w:t xml:space="preserve">  How</w:t>
      </w:r>
      <w:proofErr w:type="gramEnd"/>
      <w:r w:rsidRPr="001D4305">
        <w:rPr>
          <w:rFonts w:asciiTheme="majorHAnsi" w:hAnsiTheme="majorHAnsi" w:cstheme="majorHAnsi"/>
        </w:rPr>
        <w:t xml:space="preserve"> would I like people to remember them?</w:t>
      </w:r>
    </w:p>
    <w:p w:rsidR="008E7B16" w:rsidRDefault="008E7B16" w:rsidP="008E7B16">
      <w:pPr>
        <w:spacing w:after="60"/>
        <w:rPr>
          <w:rFonts w:asciiTheme="majorHAnsi" w:hAnsiTheme="majorHAnsi" w:cstheme="majorHAnsi"/>
        </w:rPr>
      </w:pPr>
    </w:p>
    <w:p w:rsidR="008E7B16" w:rsidRPr="001D4305" w:rsidRDefault="008E7B16" w:rsidP="008E7B16">
      <w:pPr>
        <w:pStyle w:val="Heading1"/>
        <w:rPr>
          <w:rFonts w:cstheme="majorHAnsi"/>
        </w:rPr>
      </w:pPr>
      <w:r>
        <w:rPr>
          <w:rFonts w:cstheme="majorHAnsi"/>
        </w:rPr>
        <w:t>Forget the Checklist</w:t>
      </w:r>
    </w:p>
    <w:p w:rsidR="006E48B0" w:rsidRPr="001D4305" w:rsidRDefault="006E48B0" w:rsidP="006E48B0">
      <w:pPr>
        <w:rPr>
          <w:rFonts w:asciiTheme="majorHAnsi" w:hAnsiTheme="majorHAnsi" w:cstheme="majorHAnsi"/>
        </w:rPr>
      </w:pPr>
    </w:p>
    <w:p w:rsidR="005E1EFE" w:rsidRPr="001D4305" w:rsidRDefault="00000000">
      <w:pPr>
        <w:shd w:val="clear" w:color="auto" w:fill="EAF6F4"/>
        <w:jc w:val="center"/>
        <w:rPr>
          <w:rFonts w:asciiTheme="majorHAnsi" w:hAnsiTheme="majorHAnsi" w:cstheme="majorHAnsi"/>
        </w:rPr>
      </w:pPr>
      <w:r w:rsidRPr="001D4305">
        <w:rPr>
          <w:rFonts w:asciiTheme="majorHAnsi" w:hAnsiTheme="majorHAnsi" w:cstheme="majorHAnsi"/>
          <w:b/>
          <w:sz w:val="26"/>
        </w:rPr>
        <w:t>Close your eyes and think about them.</w:t>
      </w:r>
    </w:p>
    <w:p w:rsidR="001D4305" w:rsidRDefault="00000000" w:rsidP="001D4305">
      <w:pPr>
        <w:spacing w:before="80"/>
        <w:rPr>
          <w:rFonts w:asciiTheme="majorHAnsi" w:hAnsiTheme="majorHAnsi" w:cstheme="majorHAnsi"/>
        </w:rPr>
      </w:pPr>
      <w:r w:rsidRPr="001D4305">
        <w:rPr>
          <w:rFonts w:asciiTheme="majorHAnsi" w:hAnsiTheme="majorHAnsi" w:cstheme="majorHAnsi"/>
          <w:b/>
        </w:rPr>
        <w:t xml:space="preserve">What's the first thing </w:t>
      </w:r>
      <w:proofErr w:type="gramStart"/>
      <w:r w:rsidRPr="001D4305">
        <w:rPr>
          <w:rFonts w:asciiTheme="majorHAnsi" w:hAnsiTheme="majorHAnsi" w:cstheme="majorHAnsi"/>
          <w:b/>
        </w:rPr>
        <w:t>you</w:t>
      </w:r>
      <w:proofErr w:type="gramEnd"/>
      <w:r w:rsidRPr="001D4305">
        <w:rPr>
          <w:rFonts w:asciiTheme="majorHAnsi" w:hAnsiTheme="majorHAnsi" w:cstheme="majorHAnsi"/>
          <w:b/>
        </w:rPr>
        <w:t xml:space="preserve"> see?</w:t>
      </w:r>
    </w:p>
    <w:p w:rsidR="001D4305" w:rsidRDefault="001D4305" w:rsidP="001D4305">
      <w:pPr>
        <w:spacing w:before="80"/>
        <w:rPr>
          <w:rFonts w:asciiTheme="majorHAnsi" w:hAnsiTheme="majorHAnsi" w:cstheme="majorHAnsi"/>
        </w:rPr>
      </w:pPr>
    </w:p>
    <w:p w:rsidR="005E1EFE" w:rsidRPr="001D4305" w:rsidRDefault="00000000" w:rsidP="001D4305">
      <w:pPr>
        <w:spacing w:before="80"/>
        <w:rPr>
          <w:rFonts w:asciiTheme="majorHAnsi" w:hAnsiTheme="majorHAnsi" w:cstheme="majorHAnsi"/>
        </w:rPr>
      </w:pPr>
      <w:r w:rsidRPr="001D4305">
        <w:rPr>
          <w:rFonts w:asciiTheme="majorHAnsi" w:hAnsiTheme="majorHAnsi" w:cstheme="majorHAnsi"/>
          <w:color w:val="AAAAAA"/>
        </w:rPr>
        <w:t>________________________________________________________________________________</w:t>
      </w:r>
    </w:p>
    <w:p w:rsidR="001D4305" w:rsidRDefault="001D4305">
      <w:pPr>
        <w:spacing w:after="60"/>
        <w:rPr>
          <w:rFonts w:asciiTheme="majorHAnsi" w:hAnsiTheme="majorHAnsi" w:cstheme="majorHAnsi"/>
          <w:color w:val="AAAAAA"/>
        </w:rPr>
      </w:pP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Theme="majorHAnsi" w:hAnsiTheme="majorHAnsi" w:cstheme="majorHAnsi"/>
          <w:color w:val="AAAAAA"/>
        </w:rPr>
        <w:t>________________________________________________________________________________</w:t>
      </w:r>
    </w:p>
    <w:p w:rsidR="005E1EFE" w:rsidRPr="001D4305" w:rsidRDefault="00000000">
      <w:pPr>
        <w:spacing w:before="80"/>
        <w:rPr>
          <w:rFonts w:asciiTheme="majorHAnsi" w:hAnsiTheme="majorHAnsi" w:cstheme="majorHAnsi"/>
        </w:rPr>
      </w:pPr>
      <w:r w:rsidRPr="001D4305">
        <w:rPr>
          <w:rFonts w:asciiTheme="majorHAnsi" w:hAnsiTheme="majorHAnsi" w:cstheme="majorHAnsi"/>
          <w:b/>
        </w:rPr>
        <w:t>What's the first thing you hear them saying?</w:t>
      </w:r>
    </w:p>
    <w:p w:rsidR="001D4305" w:rsidRDefault="001D4305">
      <w:pPr>
        <w:spacing w:after="60"/>
        <w:rPr>
          <w:rFonts w:asciiTheme="majorHAnsi" w:hAnsiTheme="majorHAnsi" w:cstheme="majorHAnsi"/>
          <w:color w:val="AAAAAA"/>
        </w:rPr>
      </w:pP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Theme="majorHAnsi" w:hAnsiTheme="majorHAnsi" w:cstheme="majorHAnsi"/>
          <w:color w:val="AAAAAA"/>
        </w:rPr>
        <w:t>________________________________________________________________________________</w:t>
      </w:r>
    </w:p>
    <w:p w:rsidR="001D4305" w:rsidRDefault="001D4305">
      <w:pPr>
        <w:spacing w:after="60"/>
        <w:rPr>
          <w:rFonts w:asciiTheme="majorHAnsi" w:hAnsiTheme="majorHAnsi" w:cstheme="majorHAnsi"/>
          <w:color w:val="AAAAAA"/>
        </w:rPr>
      </w:pP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Theme="majorHAnsi" w:hAnsiTheme="majorHAnsi" w:cstheme="majorHAnsi"/>
          <w:color w:val="AAAAAA"/>
        </w:rPr>
        <w:t>________________________________________________________________________________</w:t>
      </w:r>
    </w:p>
    <w:p w:rsidR="005E1EFE" w:rsidRPr="001D4305" w:rsidRDefault="00000000">
      <w:pPr>
        <w:spacing w:before="80"/>
        <w:rPr>
          <w:rFonts w:asciiTheme="majorHAnsi" w:hAnsiTheme="majorHAnsi" w:cstheme="majorHAnsi"/>
        </w:rPr>
      </w:pPr>
      <w:r w:rsidRPr="001D4305">
        <w:rPr>
          <w:rFonts w:asciiTheme="majorHAnsi" w:hAnsiTheme="majorHAnsi" w:cstheme="majorHAnsi"/>
          <w:b/>
        </w:rPr>
        <w:t>What's making you smile?</w:t>
      </w:r>
    </w:p>
    <w:p w:rsidR="001D4305" w:rsidRDefault="001D4305">
      <w:pPr>
        <w:spacing w:after="60"/>
        <w:rPr>
          <w:rFonts w:asciiTheme="majorHAnsi" w:hAnsiTheme="majorHAnsi" w:cstheme="majorHAnsi"/>
          <w:color w:val="AAAAAA"/>
        </w:rPr>
      </w:pP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Theme="majorHAnsi" w:hAnsiTheme="majorHAnsi" w:cstheme="majorHAnsi"/>
          <w:color w:val="AAAAAA"/>
        </w:rPr>
        <w:t>________________________________________________________________________________</w:t>
      </w:r>
    </w:p>
    <w:p w:rsidR="001D4305" w:rsidRDefault="001D4305">
      <w:pPr>
        <w:spacing w:after="60"/>
        <w:rPr>
          <w:rFonts w:asciiTheme="majorHAnsi" w:hAnsiTheme="majorHAnsi" w:cstheme="majorHAnsi"/>
          <w:color w:val="AAAAAA"/>
        </w:rPr>
      </w:pP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Theme="majorHAnsi" w:hAnsiTheme="majorHAnsi" w:cstheme="majorHAnsi"/>
          <w:color w:val="AAAAAA"/>
        </w:rPr>
        <w:t>________________________________________________________________________________</w:t>
      </w:r>
    </w:p>
    <w:p w:rsidR="005E1EFE" w:rsidRPr="001D4305" w:rsidRDefault="00000000">
      <w:pPr>
        <w:spacing w:before="80"/>
        <w:rPr>
          <w:rFonts w:asciiTheme="majorHAnsi" w:hAnsiTheme="majorHAnsi" w:cstheme="majorHAnsi"/>
        </w:rPr>
      </w:pPr>
      <w:r w:rsidRPr="001D4305">
        <w:rPr>
          <w:rFonts w:asciiTheme="majorHAnsi" w:hAnsiTheme="majorHAnsi" w:cstheme="majorHAnsi"/>
          <w:b/>
        </w:rPr>
        <w:t>What's the thing about them that nobody writing this for you could possibly know unless you told them?</w:t>
      </w:r>
    </w:p>
    <w:p w:rsidR="001D4305" w:rsidRDefault="001D4305">
      <w:pPr>
        <w:spacing w:after="60"/>
        <w:rPr>
          <w:rFonts w:asciiTheme="majorHAnsi" w:hAnsiTheme="majorHAnsi" w:cstheme="majorHAnsi"/>
          <w:color w:val="AAAAAA"/>
        </w:rPr>
      </w:pP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Theme="majorHAnsi" w:hAnsiTheme="majorHAnsi" w:cstheme="majorHAnsi"/>
          <w:color w:val="AAAAAA"/>
        </w:rPr>
        <w:t>________________________________________________________________________________</w:t>
      </w:r>
    </w:p>
    <w:p w:rsidR="001D4305" w:rsidRDefault="001D4305">
      <w:pPr>
        <w:spacing w:after="60"/>
        <w:rPr>
          <w:rFonts w:asciiTheme="majorHAnsi" w:hAnsiTheme="majorHAnsi" w:cstheme="majorHAnsi"/>
          <w:color w:val="AAAAAA"/>
        </w:rPr>
      </w:pPr>
    </w:p>
    <w:p w:rsidR="005E1EFE" w:rsidRPr="001D4305" w:rsidRDefault="00000000">
      <w:pPr>
        <w:spacing w:after="60"/>
        <w:rPr>
          <w:rFonts w:asciiTheme="majorHAnsi" w:hAnsiTheme="majorHAnsi" w:cstheme="majorHAnsi"/>
        </w:rPr>
      </w:pPr>
      <w:r w:rsidRPr="001D4305">
        <w:rPr>
          <w:rFonts w:asciiTheme="majorHAnsi" w:hAnsiTheme="majorHAnsi" w:cstheme="majorHAnsi"/>
          <w:color w:val="AAAAAA"/>
        </w:rPr>
        <w:t>________________________________________________________________________________</w:t>
      </w:r>
    </w:p>
    <w:p w:rsidR="001D4305" w:rsidRDefault="001D4305">
      <w:pPr>
        <w:spacing w:after="60"/>
        <w:rPr>
          <w:rFonts w:asciiTheme="majorHAnsi" w:hAnsiTheme="majorHAnsi" w:cstheme="majorHAnsi"/>
          <w:color w:val="AAAAAA"/>
        </w:rPr>
      </w:pPr>
    </w:p>
    <w:p w:rsidR="005E1EFE" w:rsidRPr="001D4305" w:rsidRDefault="00000000" w:rsidP="001D4305">
      <w:pPr>
        <w:spacing w:after="60"/>
        <w:rPr>
          <w:rFonts w:asciiTheme="majorHAnsi" w:hAnsiTheme="majorHAnsi" w:cstheme="majorHAnsi"/>
        </w:rPr>
      </w:pPr>
      <w:r w:rsidRPr="001D4305">
        <w:rPr>
          <w:rFonts w:asciiTheme="majorHAnsi" w:hAnsiTheme="majorHAnsi" w:cstheme="majorHAnsi"/>
          <w:color w:val="AAAAAA"/>
        </w:rPr>
        <w:t>________________________________________________________________________________</w:t>
      </w:r>
    </w:p>
    <w:sectPr w:rsidR="005E1EFE" w:rsidRPr="001D4305" w:rsidSect="00034616">
      <w:headerReference w:type="default" r:id="rId8"/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D720E" w:rsidRDefault="001D720E">
      <w:pPr>
        <w:spacing w:after="0" w:line="240" w:lineRule="auto"/>
      </w:pPr>
      <w:r>
        <w:separator/>
      </w:r>
    </w:p>
  </w:endnote>
  <w:endnote w:type="continuationSeparator" w:id="0">
    <w:p w:rsidR="001D720E" w:rsidRDefault="001D72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modern"/>
    <w:pitch w:val="fixed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E1EFE" w:rsidRPr="001D4305" w:rsidRDefault="001D4305" w:rsidP="001D4305">
    <w:pPr>
      <w:pStyle w:val="isselectedend"/>
      <w:jc w:val="center"/>
      <w:rPr>
        <w:rFonts w:ascii="Arial" w:hAnsi="Arial" w:cs="Arial"/>
        <w:b/>
        <w:bCs/>
        <w:sz w:val="18"/>
        <w:szCs w:val="18"/>
      </w:rPr>
    </w:pPr>
    <w:r w:rsidRPr="00DF12CE">
      <w:rPr>
        <w:rStyle w:val="Strong"/>
        <w:rFonts w:ascii="Arial" w:hAnsi="Arial" w:cs="Arial"/>
        <w:b w:val="0"/>
        <w:bCs w:val="0"/>
        <w:sz w:val="18"/>
        <w:szCs w:val="18"/>
      </w:rPr>
      <w:t>whatnowafterloss.com</w:t>
    </w:r>
    <w:r>
      <w:rPr>
        <w:rStyle w:val="Strong"/>
        <w:rFonts w:ascii="Arial" w:hAnsi="Arial" w:cs="Arial"/>
        <w:b w:val="0"/>
        <w:bCs w:val="0"/>
        <w:sz w:val="18"/>
        <w:szCs w:val="18"/>
      </w:rPr>
      <w:t xml:space="preserve">: </w:t>
    </w:r>
    <w:r>
      <w:rPr>
        <w:rFonts w:ascii="Arial" w:hAnsi="Arial" w:cs="Arial"/>
        <w:sz w:val="18"/>
        <w:szCs w:val="18"/>
      </w:rPr>
      <w:t>c</w:t>
    </w:r>
    <w:r w:rsidRPr="00DF12CE">
      <w:rPr>
        <w:rFonts w:ascii="Arial" w:hAnsi="Arial" w:cs="Arial"/>
        <w:sz w:val="18"/>
        <w:szCs w:val="18"/>
      </w:rPr>
      <w:t>reated by Noreen Pickering for What Now After Loss, 2026</w:t>
    </w:r>
    <w:r w:rsidRPr="00DF12CE">
      <w:rPr>
        <w:rFonts w:ascii="Arial" w:hAnsi="Arial" w:cs="Arial"/>
        <w:sz w:val="18"/>
        <w:szCs w:val="18"/>
      </w:rPr>
      <w:br/>
      <w:t>Free to download and print for personal use.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D720E" w:rsidRDefault="001D720E">
      <w:pPr>
        <w:spacing w:after="0" w:line="240" w:lineRule="auto"/>
      </w:pPr>
      <w:r>
        <w:separator/>
      </w:r>
    </w:p>
  </w:footnote>
  <w:footnote w:type="continuationSeparator" w:id="0">
    <w:p w:rsidR="001D720E" w:rsidRDefault="001D72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C66B1" w:rsidRDefault="002C66B1" w:rsidP="002C66B1">
    <w:pPr>
      <w:pStyle w:val="Header"/>
      <w:jc w:val="right"/>
    </w:pPr>
    <w:r>
      <w:rPr>
        <w:noProof/>
      </w:rPr>
      <w:drawing>
        <wp:inline distT="0" distB="0" distL="0" distR="0" wp14:anchorId="11BCF087" wp14:editId="1864209F">
          <wp:extent cx="859240" cy="668810"/>
          <wp:effectExtent l="0" t="0" r="4445" b="4445"/>
          <wp:docPr id="191155397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1553972" name="Picture 191155397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8169" cy="6991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85949064">
    <w:abstractNumId w:val="8"/>
  </w:num>
  <w:num w:numId="2" w16cid:durableId="1377972996">
    <w:abstractNumId w:val="6"/>
  </w:num>
  <w:num w:numId="3" w16cid:durableId="829640507">
    <w:abstractNumId w:val="5"/>
  </w:num>
  <w:num w:numId="4" w16cid:durableId="1618442177">
    <w:abstractNumId w:val="4"/>
  </w:num>
  <w:num w:numId="5" w16cid:durableId="1163081970">
    <w:abstractNumId w:val="7"/>
  </w:num>
  <w:num w:numId="6" w16cid:durableId="1441337542">
    <w:abstractNumId w:val="3"/>
  </w:num>
  <w:num w:numId="7" w16cid:durableId="248316908">
    <w:abstractNumId w:val="2"/>
  </w:num>
  <w:num w:numId="8" w16cid:durableId="1845240754">
    <w:abstractNumId w:val="1"/>
  </w:num>
  <w:num w:numId="9" w16cid:durableId="1874265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4305"/>
    <w:rsid w:val="001D720E"/>
    <w:rsid w:val="0029639D"/>
    <w:rsid w:val="002C66B1"/>
    <w:rsid w:val="00326F90"/>
    <w:rsid w:val="005E1EFE"/>
    <w:rsid w:val="006E48B0"/>
    <w:rsid w:val="008E7B16"/>
    <w:rsid w:val="009D5FDD"/>
    <w:rsid w:val="00AA1D8D"/>
    <w:rsid w:val="00B47730"/>
    <w:rsid w:val="00CB0664"/>
    <w:rsid w:val="00D959D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3DA4EC"/>
  <w14:defaultImageDpi w14:val="300"/>
  <w15:docId w15:val="{6930AB56-7947-5047-B4FA-E9610FBCD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6324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6324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6324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sselectedend">
    <w:name w:val="isselectedend"/>
    <w:basedOn w:val="Normal"/>
    <w:rsid w:val="001D43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650</Words>
  <Characters>3987</Characters>
  <Application>Microsoft Office Word</Application>
  <DocSecurity>0</DocSecurity>
  <Lines>81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noreen pickering</dc:creator>
  <cp:keywords/>
  <dc:description/>
  <cp:lastModifiedBy>Noreen Pickering</cp:lastModifiedBy>
  <cp:revision>3</cp:revision>
  <dcterms:created xsi:type="dcterms:W3CDTF">2013-12-23T23:15:00Z</dcterms:created>
  <dcterms:modified xsi:type="dcterms:W3CDTF">2026-09-07T14:19:00Z</dcterms:modified>
  <cp:category/>
</cp:coreProperties>
</file>