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B14CD" w:rsidRPr="000E4B6C" w:rsidRDefault="004B14CD" w:rsidP="004B14CD">
      <w:pPr>
        <w:pStyle w:val="Title"/>
        <w:jc w:val="center"/>
        <w:rPr>
          <w:rFonts w:cstheme="majorHAnsi"/>
          <w:color w:val="C93664"/>
        </w:rPr>
      </w:pPr>
      <w:r w:rsidRPr="000E4B6C">
        <w:rPr>
          <w:rFonts w:cstheme="majorHAnsi"/>
          <w:color w:val="C93664"/>
        </w:rPr>
        <w:t>Digital Life After Someone Dies</w:t>
      </w:r>
    </w:p>
    <w:p w:rsidR="00B678C8" w:rsidRPr="000E4B6C" w:rsidRDefault="00B678C8">
      <w:pPr>
        <w:pStyle w:val="Title"/>
        <w:rPr>
          <w:rFonts w:cstheme="majorHAnsi"/>
        </w:rPr>
      </w:pPr>
    </w:p>
    <w:p w:rsidR="00B678C8" w:rsidRPr="000E4B6C" w:rsidRDefault="00000000">
      <w:pPr>
        <w:pStyle w:val="ResourceIntro"/>
        <w:rPr>
          <w:rFonts w:asciiTheme="majorHAnsi" w:hAnsiTheme="majorHAnsi" w:cstheme="majorHAnsi"/>
        </w:rPr>
      </w:pPr>
      <w:r w:rsidRPr="000E4B6C">
        <w:rPr>
          <w:rFonts w:asciiTheme="majorHAnsi" w:hAnsiTheme="majorHAnsi" w:cstheme="majorHAnsi"/>
        </w:rPr>
        <w:t>Phones, passwords, emails, photographs and all the stuff you suddenly realise you can't get into.</w:t>
      </w:r>
    </w:p>
    <w:p w:rsidR="00B678C8" w:rsidRPr="000E4B6C" w:rsidRDefault="00000000">
      <w:pPr>
        <w:rPr>
          <w:rFonts w:asciiTheme="majorHAnsi" w:hAnsiTheme="majorHAnsi" w:cstheme="majorHAnsi"/>
        </w:rPr>
      </w:pPr>
      <w:r w:rsidRPr="000E4B6C">
        <w:rPr>
          <w:rFonts w:asciiTheme="majorHAnsi" w:hAnsiTheme="majorHAnsi" w:cstheme="majorHAnsi"/>
        </w:rPr>
        <w:t>You don't necessarily think about somebody's digital life until they're not there to unlock the phone, tell you the password or explain which email address they used for something.</w:t>
      </w:r>
    </w:p>
    <w:p w:rsidR="00B678C8" w:rsidRPr="000E4B6C" w:rsidRDefault="00000000">
      <w:pPr>
        <w:shd w:val="clear" w:color="auto" w:fill="FFF4EF"/>
        <w:spacing w:before="80"/>
        <w:ind w:left="120" w:right="120"/>
        <w:rPr>
          <w:rFonts w:asciiTheme="majorHAnsi" w:hAnsiTheme="majorHAnsi" w:cstheme="majorHAnsi"/>
        </w:rPr>
      </w:pPr>
      <w:r w:rsidRPr="000E4B6C">
        <w:rPr>
          <w:rFonts w:asciiTheme="majorHAnsi" w:hAnsiTheme="majorHAnsi" w:cstheme="majorHAnsi"/>
          <w:b/>
        </w:rPr>
        <w:t>DON'T START DELETING THINGS.</w:t>
      </w:r>
    </w:p>
    <w:p w:rsidR="00B678C8" w:rsidRPr="000E4B6C" w:rsidRDefault="00000000">
      <w:pPr>
        <w:rPr>
          <w:rFonts w:asciiTheme="majorHAnsi" w:hAnsiTheme="majorHAnsi" w:cstheme="majorHAnsi"/>
        </w:rPr>
      </w:pPr>
      <w:r w:rsidRPr="000E4B6C">
        <w:rPr>
          <w:rFonts w:asciiTheme="majorHAnsi" w:hAnsiTheme="majorHAnsi" w:cstheme="majorHAnsi"/>
        </w:rPr>
        <w:t>An email account, phone, computer or cloud account may contain photographs, contacts, bills, account information, messages or clues to other things you still need to find. This worksheet is about working out what exists before deciding what eventually happens to it.</w:t>
      </w:r>
    </w:p>
    <w:p w:rsidR="00E81AB3" w:rsidRPr="000E4B6C" w:rsidRDefault="00E81AB3">
      <w:pPr>
        <w:pStyle w:val="Heading1"/>
        <w:rPr>
          <w:rFonts w:cstheme="majorHAnsi"/>
        </w:rPr>
      </w:pPr>
    </w:p>
    <w:p w:rsidR="00B678C8" w:rsidRPr="000E4B6C" w:rsidRDefault="00000000">
      <w:pPr>
        <w:pStyle w:val="Heading1"/>
        <w:rPr>
          <w:rFonts w:cstheme="majorHAnsi"/>
        </w:rPr>
      </w:pPr>
      <w:r w:rsidRPr="000E4B6C">
        <w:rPr>
          <w:rFonts w:cstheme="majorHAnsi"/>
        </w:rPr>
        <w:t>Their Phone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What phone did they use?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Do I know the PIN or passcode?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Do I know the mobile network?</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Is the account in their name?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Is the phone used for two-factor authentication codes?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Are important photographs or videos stored on it?</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Are there contacts I may need?</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Are there notes, calendar entries or reminders that may matter?</w:t>
      </w:r>
    </w:p>
    <w:p w:rsidR="00B678C8" w:rsidRPr="000E4B6C" w:rsidRDefault="00000000">
      <w:pPr>
        <w:rPr>
          <w:rFonts w:asciiTheme="majorHAnsi" w:hAnsiTheme="majorHAnsi" w:cstheme="majorHAnsi"/>
        </w:rPr>
      </w:pPr>
      <w:r w:rsidRPr="000E4B6C">
        <w:rPr>
          <w:rFonts w:asciiTheme="majorHAnsi" w:hAnsiTheme="majorHAnsi" w:cstheme="majorHAnsi"/>
          <w:b/>
        </w:rPr>
        <w:t xml:space="preserve">Phone / model: </w:t>
      </w:r>
      <w:r w:rsidRPr="000E4B6C">
        <w:rPr>
          <w:rFonts w:asciiTheme="majorHAnsi" w:hAnsiTheme="majorHAnsi" w:cstheme="majorHAnsi"/>
        </w:rPr>
        <w:t>_____________________________________________________________</w:t>
      </w:r>
    </w:p>
    <w:p w:rsidR="00B678C8" w:rsidRPr="000E4B6C" w:rsidRDefault="00000000">
      <w:pPr>
        <w:rPr>
          <w:rFonts w:asciiTheme="majorHAnsi" w:hAnsiTheme="majorHAnsi" w:cstheme="majorHAnsi"/>
        </w:rPr>
      </w:pPr>
      <w:r w:rsidRPr="000E4B6C">
        <w:rPr>
          <w:rFonts w:asciiTheme="majorHAnsi" w:hAnsiTheme="majorHAnsi" w:cstheme="majorHAnsi"/>
          <w:b/>
        </w:rPr>
        <w:t xml:space="preserve">Mobile provider: </w:t>
      </w:r>
      <w:r w:rsidRPr="000E4B6C">
        <w:rPr>
          <w:rFonts w:asciiTheme="majorHAnsi" w:hAnsiTheme="majorHAnsi" w:cstheme="majorHAnsi"/>
        </w:rPr>
        <w:t>_________________________________________________________</w:t>
      </w:r>
    </w:p>
    <w:p w:rsidR="00B678C8" w:rsidRPr="000E4B6C" w:rsidRDefault="00000000">
      <w:pPr>
        <w:rPr>
          <w:rFonts w:asciiTheme="majorHAnsi" w:hAnsiTheme="majorHAnsi" w:cstheme="majorHAnsi"/>
        </w:rPr>
      </w:pPr>
      <w:r w:rsidRPr="000E4B6C">
        <w:rPr>
          <w:rFonts w:asciiTheme="majorHAnsi" w:hAnsiTheme="majorHAnsi" w:cstheme="majorHAnsi"/>
          <w:b/>
        </w:rPr>
        <w:t xml:space="preserve">Anything I need to find out: </w:t>
      </w:r>
      <w:r w:rsidRPr="000E4B6C">
        <w:rPr>
          <w:rFonts w:asciiTheme="majorHAnsi" w:hAnsiTheme="majorHAnsi" w:cstheme="majorHAnsi"/>
        </w:rPr>
        <w:t>________________________________________________</w:t>
      </w:r>
    </w:p>
    <w:p w:rsidR="00E81AB3" w:rsidRPr="000E4B6C" w:rsidRDefault="00E81AB3">
      <w:pPr>
        <w:pStyle w:val="Heading1"/>
        <w:rPr>
          <w:rFonts w:cstheme="majorHAnsi"/>
        </w:rPr>
      </w:pPr>
    </w:p>
    <w:p w:rsidR="00B678C8" w:rsidRPr="000E4B6C" w:rsidRDefault="00000000">
      <w:pPr>
        <w:pStyle w:val="Heading1"/>
        <w:rPr>
          <w:rFonts w:cstheme="majorHAnsi"/>
        </w:rPr>
      </w:pPr>
      <w:r w:rsidRPr="000E4B6C">
        <w:rPr>
          <w:rFonts w:cstheme="majorHAnsi"/>
        </w:rPr>
        <w:t>Computer, Laptop or Tablet</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Computer / laptop</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Tablet</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Do I know the login or PIN?</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Are documents stored locally?</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Are photographs stored locally?</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Is there a password manager?</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Does the device automatically log into important accounts?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Is there anything I should preserve before changing or resetting anything?</w:t>
      </w:r>
    </w:p>
    <w:p w:rsidR="00B678C8" w:rsidRPr="000E4B6C" w:rsidRDefault="00000000">
      <w:pPr>
        <w:rPr>
          <w:rFonts w:asciiTheme="majorHAnsi" w:hAnsiTheme="majorHAnsi" w:cstheme="majorHAnsi"/>
        </w:rPr>
      </w:pPr>
      <w:r w:rsidRPr="000E4B6C">
        <w:rPr>
          <w:rFonts w:asciiTheme="majorHAnsi" w:hAnsiTheme="majorHAnsi" w:cstheme="majorHAnsi"/>
          <w:b/>
        </w:rPr>
        <w:lastRenderedPageBreak/>
        <w:t xml:space="preserve">Device / where it is: </w:t>
      </w:r>
      <w:r w:rsidRPr="000E4B6C">
        <w:rPr>
          <w:rFonts w:asciiTheme="majorHAnsi" w:hAnsiTheme="majorHAnsi" w:cstheme="majorHAnsi"/>
        </w:rPr>
        <w:t>______________________________________________________</w:t>
      </w:r>
    </w:p>
    <w:p w:rsidR="00B678C8" w:rsidRPr="000E4B6C" w:rsidRDefault="00000000">
      <w:pPr>
        <w:rPr>
          <w:rFonts w:asciiTheme="majorHAnsi" w:hAnsiTheme="majorHAnsi" w:cstheme="majorHAnsi"/>
        </w:rPr>
      </w:pPr>
      <w:r w:rsidRPr="000E4B6C">
        <w:rPr>
          <w:rFonts w:asciiTheme="majorHAnsi" w:hAnsiTheme="majorHAnsi" w:cstheme="majorHAnsi"/>
          <w:b/>
        </w:rPr>
        <w:t xml:space="preserve">What I know about access: </w:t>
      </w:r>
      <w:r w:rsidRPr="000E4B6C">
        <w:rPr>
          <w:rFonts w:asciiTheme="majorHAnsi" w:hAnsiTheme="majorHAnsi" w:cstheme="majorHAnsi"/>
        </w:rPr>
        <w:t>___________________________________________________</w:t>
      </w:r>
    </w:p>
    <w:p w:rsidR="00E81AB3" w:rsidRPr="000E4B6C" w:rsidRDefault="00E81AB3">
      <w:pPr>
        <w:pStyle w:val="Heading1"/>
        <w:rPr>
          <w:rFonts w:cstheme="majorHAnsi"/>
        </w:rPr>
      </w:pPr>
    </w:p>
    <w:p w:rsidR="00B678C8" w:rsidRPr="000E4B6C" w:rsidRDefault="00000000">
      <w:pPr>
        <w:pStyle w:val="Heading1"/>
        <w:rPr>
          <w:rFonts w:cstheme="majorHAnsi"/>
        </w:rPr>
      </w:pPr>
      <w:r w:rsidRPr="000E4B6C">
        <w:rPr>
          <w:rFonts w:cstheme="majorHAnsi"/>
        </w:rPr>
        <w:t>Email Accounts</w:t>
      </w:r>
    </w:p>
    <w:p w:rsidR="00B678C8" w:rsidRPr="000E4B6C" w:rsidRDefault="00000000">
      <w:pPr>
        <w:rPr>
          <w:rFonts w:asciiTheme="majorHAnsi" w:hAnsiTheme="majorHAnsi" w:cstheme="majorHAnsi"/>
        </w:rPr>
      </w:pPr>
      <w:r w:rsidRPr="000E4B6C">
        <w:rPr>
          <w:rFonts w:asciiTheme="majorHAnsi" w:hAnsiTheme="majorHAnsi" w:cstheme="majorHAnsi"/>
        </w:rPr>
        <w:t>Email can be particularly important because it may show which banks, insurers, subscriptions, shops, services or other accounts the person used.</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Personal email</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Work email, where relevant</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Older email addresses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Email used for bills or household accounts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Email used for online shopping / subscriptions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Recovery email address, if known</w:t>
      </w:r>
    </w:p>
    <w:tbl>
      <w:tblPr>
        <w:tblStyle w:val="TableGrid"/>
        <w:tblW w:w="0" w:type="auto"/>
        <w:jc w:val="center"/>
        <w:tblLook w:val="04A0" w:firstRow="1" w:lastRow="0" w:firstColumn="1" w:lastColumn="0" w:noHBand="0" w:noVBand="1"/>
      </w:tblPr>
      <w:tblGrid>
        <w:gridCol w:w="2541"/>
        <w:gridCol w:w="2541"/>
        <w:gridCol w:w="2541"/>
        <w:gridCol w:w="2541"/>
      </w:tblGrid>
      <w:tr w:rsidR="00B678C8" w:rsidRPr="000E4B6C">
        <w:trPr>
          <w:jc w:val="center"/>
        </w:trPr>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Account / service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Email / username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What I know</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Done</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bl>
    <w:p w:rsidR="00E81AB3" w:rsidRPr="000E4B6C" w:rsidRDefault="00E81AB3">
      <w:pPr>
        <w:pStyle w:val="Heading1"/>
        <w:rPr>
          <w:rFonts w:cstheme="majorHAnsi"/>
        </w:rPr>
      </w:pPr>
    </w:p>
    <w:p w:rsidR="00B678C8" w:rsidRPr="000E4B6C" w:rsidRDefault="00000000">
      <w:pPr>
        <w:pStyle w:val="Heading1"/>
        <w:rPr>
          <w:rFonts w:cstheme="majorHAnsi"/>
        </w:rPr>
      </w:pPr>
      <w:r w:rsidRPr="000E4B6C">
        <w:rPr>
          <w:rFonts w:cstheme="majorHAnsi"/>
        </w:rPr>
        <w:t>Passwords and Two-Factor Authentication</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Did they use a password manager?</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Did they keep passwords written anywhere?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Did their browser save passwords?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Are verification codes sent to their phone?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Are verification codes sent to an email account?</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Did they use an authenticator app?</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Are there backup / recovery codes anywhere?</w:t>
      </w:r>
    </w:p>
    <w:p w:rsidR="00B678C8" w:rsidRPr="000E4B6C" w:rsidRDefault="00000000">
      <w:pPr>
        <w:shd w:val="clear" w:color="auto" w:fill="F2F8F8"/>
        <w:spacing w:before="80"/>
        <w:ind w:left="120" w:right="120"/>
        <w:rPr>
          <w:rFonts w:asciiTheme="majorHAnsi" w:hAnsiTheme="majorHAnsi" w:cstheme="majorHAnsi"/>
        </w:rPr>
      </w:pPr>
      <w:r w:rsidRPr="000E4B6C">
        <w:rPr>
          <w:rFonts w:asciiTheme="majorHAnsi" w:hAnsiTheme="majorHAnsi" w:cstheme="majorHAnsi"/>
          <w:b/>
        </w:rPr>
        <w:t>Be careful about resetting passwords or devices simply to see if you can get in. You may lose access to saved information or make another account harder to recover.</w:t>
      </w:r>
    </w:p>
    <w:p w:rsidR="00E81AB3" w:rsidRPr="000E4B6C" w:rsidRDefault="00E81AB3">
      <w:pPr>
        <w:pStyle w:val="Heading1"/>
        <w:rPr>
          <w:rFonts w:cstheme="majorHAnsi"/>
        </w:rPr>
      </w:pPr>
    </w:p>
    <w:p w:rsidR="00B678C8" w:rsidRPr="000E4B6C" w:rsidRDefault="00000000">
      <w:pPr>
        <w:pStyle w:val="Heading1"/>
        <w:rPr>
          <w:rFonts w:cstheme="majorHAnsi"/>
        </w:rPr>
      </w:pPr>
      <w:r w:rsidRPr="000E4B6C">
        <w:rPr>
          <w:rFonts w:cstheme="majorHAnsi"/>
        </w:rPr>
        <w:t>Photographs, Videos and Files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Phone photographs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Computer / laptop photographs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Google / Apple / other cloud photo storage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External hard drives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USB drives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Memory cards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Shared family storage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Work or creative files that may matter</w:t>
      </w:r>
    </w:p>
    <w:p w:rsidR="00B678C8" w:rsidRPr="000E4B6C" w:rsidRDefault="00000000">
      <w:pPr>
        <w:rPr>
          <w:rFonts w:asciiTheme="majorHAnsi" w:hAnsiTheme="majorHAnsi" w:cstheme="majorHAnsi"/>
        </w:rPr>
      </w:pPr>
      <w:r w:rsidRPr="000E4B6C">
        <w:rPr>
          <w:rFonts w:asciiTheme="majorHAnsi" w:hAnsiTheme="majorHAnsi" w:cstheme="majorHAnsi"/>
          <w:b/>
        </w:rPr>
        <w:t xml:space="preserve">Where photographs / files may be stored: </w:t>
      </w:r>
      <w:r w:rsidRPr="000E4B6C">
        <w:rPr>
          <w:rFonts w:asciiTheme="majorHAnsi" w:hAnsiTheme="majorHAnsi" w:cstheme="majorHAnsi"/>
        </w:rPr>
        <w:t>___________________________________________</w:t>
      </w:r>
    </w:p>
    <w:p w:rsidR="00E81AB3" w:rsidRPr="000E4B6C" w:rsidRDefault="00E81AB3">
      <w:pPr>
        <w:rPr>
          <w:rFonts w:asciiTheme="majorHAnsi" w:hAnsiTheme="majorHAnsi" w:cstheme="majorHAnsi"/>
          <w:b/>
        </w:rPr>
      </w:pPr>
    </w:p>
    <w:p w:rsidR="00B678C8" w:rsidRPr="000E4B6C" w:rsidRDefault="00000000">
      <w:pPr>
        <w:rPr>
          <w:rFonts w:asciiTheme="majorHAnsi" w:hAnsiTheme="majorHAnsi" w:cstheme="majorHAnsi"/>
        </w:rPr>
      </w:pPr>
      <w:r w:rsidRPr="000E4B6C">
        <w:rPr>
          <w:rFonts w:asciiTheme="majorHAnsi" w:hAnsiTheme="majorHAnsi" w:cstheme="majorHAnsi"/>
          <w:b/>
        </w:rPr>
        <w:t xml:space="preserve">Who might know more about this? </w:t>
      </w:r>
      <w:r w:rsidRPr="000E4B6C">
        <w:rPr>
          <w:rFonts w:asciiTheme="majorHAnsi" w:hAnsiTheme="majorHAnsi" w:cstheme="majorHAnsi"/>
        </w:rPr>
        <w:t>________________________________________________</w:t>
      </w:r>
    </w:p>
    <w:p w:rsidR="00B678C8" w:rsidRPr="000E4B6C" w:rsidRDefault="00000000">
      <w:pPr>
        <w:pStyle w:val="Heading1"/>
        <w:rPr>
          <w:rFonts w:cstheme="majorHAnsi"/>
        </w:rPr>
      </w:pPr>
      <w:r w:rsidRPr="000E4B6C">
        <w:rPr>
          <w:rFonts w:cstheme="majorHAnsi"/>
        </w:rPr>
        <w:t>Social Media</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Facebook</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Instagram</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X / Twitter</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LinkedIn</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TikTok</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Other social accounts</w:t>
      </w:r>
    </w:p>
    <w:p w:rsidR="00B678C8" w:rsidRPr="000E4B6C" w:rsidRDefault="00000000">
      <w:pPr>
        <w:shd w:val="clear" w:color="auto" w:fill="FFF4EF"/>
        <w:spacing w:before="80"/>
        <w:ind w:left="120" w:right="120"/>
        <w:rPr>
          <w:rFonts w:asciiTheme="majorHAnsi" w:hAnsiTheme="majorHAnsi" w:cstheme="majorHAnsi"/>
        </w:rPr>
      </w:pPr>
      <w:r w:rsidRPr="000E4B6C">
        <w:rPr>
          <w:rFonts w:asciiTheme="majorHAnsi" w:hAnsiTheme="majorHAnsi" w:cstheme="majorHAnsi"/>
          <w:b/>
        </w:rPr>
        <w:t>You can leave it alone while you work out what you want to do.</w:t>
      </w:r>
    </w:p>
    <w:p w:rsidR="00E81AB3" w:rsidRPr="000E4B6C" w:rsidRDefault="00E81AB3">
      <w:pPr>
        <w:pStyle w:val="Heading1"/>
        <w:rPr>
          <w:rFonts w:cstheme="majorHAnsi"/>
        </w:rPr>
      </w:pPr>
    </w:p>
    <w:p w:rsidR="00B678C8" w:rsidRPr="000E4B6C" w:rsidRDefault="00000000">
      <w:pPr>
        <w:pStyle w:val="Heading1"/>
        <w:rPr>
          <w:rFonts w:cstheme="majorHAnsi"/>
        </w:rPr>
      </w:pPr>
      <w:r w:rsidRPr="000E4B6C">
        <w:rPr>
          <w:rFonts w:cstheme="majorHAnsi"/>
        </w:rPr>
        <w:t>Subscriptions and Online Services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Streaming services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Music subscriptions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News / magazine subscriptions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Cloud storage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Software subscriptions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Shopping memberships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Gaming accounts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Apps with recurring payments</w:t>
      </w:r>
    </w:p>
    <w:p w:rsidR="00B678C8" w:rsidRPr="000E4B6C" w:rsidRDefault="00000000">
      <w:pPr>
        <w:spacing w:after="30"/>
        <w:ind w:left="101"/>
        <w:rPr>
          <w:rFonts w:asciiTheme="majorHAnsi" w:hAnsiTheme="majorHAnsi" w:cstheme="majorHAnsi"/>
        </w:rPr>
      </w:pPr>
      <w:proofErr w:type="gramStart"/>
      <w:r w:rsidRPr="000E4B6C">
        <w:rPr>
          <w:rFonts w:ascii="Segoe UI Symbol" w:hAnsi="Segoe UI Symbol" w:cs="Segoe UI Symbol"/>
        </w:rPr>
        <w:t>☐</w:t>
      </w:r>
      <w:r w:rsidRPr="000E4B6C">
        <w:rPr>
          <w:rFonts w:asciiTheme="majorHAnsi" w:hAnsiTheme="majorHAnsi" w:cstheme="majorHAnsi"/>
        </w:rPr>
        <w:t xml:space="preserve">  Other</w:t>
      </w:r>
      <w:proofErr w:type="gramEnd"/>
      <w:r w:rsidRPr="000E4B6C">
        <w:rPr>
          <w:rFonts w:asciiTheme="majorHAnsi" w:hAnsiTheme="majorHAnsi" w:cstheme="majorHAnsi"/>
        </w:rPr>
        <w:t xml:space="preserve"> paid online services</w:t>
      </w:r>
    </w:p>
    <w:p w:rsidR="00E81AB3" w:rsidRPr="000E4B6C" w:rsidRDefault="00E81AB3">
      <w:pPr>
        <w:spacing w:after="30"/>
        <w:ind w:left="101"/>
        <w:rPr>
          <w:rFonts w:asciiTheme="majorHAnsi" w:hAnsiTheme="majorHAnsi" w:cstheme="majorHAnsi"/>
        </w:rPr>
      </w:pPr>
    </w:p>
    <w:p w:rsidR="00E81AB3" w:rsidRPr="000E4B6C" w:rsidRDefault="00E81AB3">
      <w:pPr>
        <w:spacing w:after="30"/>
        <w:ind w:left="101"/>
        <w:rPr>
          <w:rFonts w:asciiTheme="majorHAnsi" w:hAnsiTheme="majorHAnsi" w:cstheme="majorHAnsi"/>
        </w:rPr>
      </w:pPr>
    </w:p>
    <w:tbl>
      <w:tblPr>
        <w:tblStyle w:val="TableGrid"/>
        <w:tblW w:w="0" w:type="auto"/>
        <w:jc w:val="center"/>
        <w:tblLook w:val="04A0" w:firstRow="1" w:lastRow="0" w:firstColumn="1" w:lastColumn="0" w:noHBand="0" w:noVBand="1"/>
      </w:tblPr>
      <w:tblGrid>
        <w:gridCol w:w="2541"/>
        <w:gridCol w:w="2541"/>
        <w:gridCol w:w="2541"/>
        <w:gridCol w:w="2541"/>
      </w:tblGrid>
      <w:tr w:rsidR="00B678C8" w:rsidRPr="000E4B6C">
        <w:trPr>
          <w:jc w:val="center"/>
        </w:trPr>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Account / service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Email / username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What I know</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Done</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bl>
    <w:p w:rsidR="00E81AB3" w:rsidRPr="000E4B6C" w:rsidRDefault="00E81AB3">
      <w:pPr>
        <w:pStyle w:val="Heading1"/>
        <w:rPr>
          <w:rFonts w:cstheme="majorHAnsi"/>
        </w:rPr>
      </w:pPr>
    </w:p>
    <w:p w:rsidR="00B678C8" w:rsidRPr="000E4B6C" w:rsidRDefault="00000000">
      <w:pPr>
        <w:pStyle w:val="Heading1"/>
        <w:rPr>
          <w:rFonts w:cstheme="majorHAnsi"/>
        </w:rPr>
      </w:pPr>
      <w:r w:rsidRPr="000E4B6C">
        <w:rPr>
          <w:rFonts w:cstheme="majorHAnsi"/>
        </w:rPr>
        <w:t>Online Banking and Financial Accounts</w:t>
      </w:r>
    </w:p>
    <w:p w:rsidR="00B678C8" w:rsidRPr="000E4B6C" w:rsidRDefault="00000000">
      <w:pPr>
        <w:rPr>
          <w:rFonts w:asciiTheme="majorHAnsi" w:hAnsiTheme="majorHAnsi" w:cstheme="majorHAnsi"/>
        </w:rPr>
      </w:pPr>
      <w:r w:rsidRPr="000E4B6C">
        <w:rPr>
          <w:rFonts w:asciiTheme="majorHAnsi" w:hAnsiTheme="majorHAnsi" w:cstheme="majorHAnsi"/>
        </w:rPr>
        <w:t>You may discover banking, savings, investment or other financial services through emails, apps or statements. Record what you find, but don't assume that having access means you are entitled to move money or operate the account.</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Banking apps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Savings / investment apps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Payment services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Digital statements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Finance / credit accounts</w:t>
      </w:r>
    </w:p>
    <w:tbl>
      <w:tblPr>
        <w:tblStyle w:val="TableGrid"/>
        <w:tblW w:w="0" w:type="auto"/>
        <w:jc w:val="center"/>
        <w:tblLook w:val="04A0" w:firstRow="1" w:lastRow="0" w:firstColumn="1" w:lastColumn="0" w:noHBand="0" w:noVBand="1"/>
      </w:tblPr>
      <w:tblGrid>
        <w:gridCol w:w="2541"/>
        <w:gridCol w:w="2541"/>
        <w:gridCol w:w="2541"/>
        <w:gridCol w:w="2541"/>
      </w:tblGrid>
      <w:tr w:rsidR="00B678C8" w:rsidRPr="000E4B6C">
        <w:trPr>
          <w:jc w:val="center"/>
        </w:trPr>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Account / service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Email / username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What I know</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Done</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bl>
    <w:p w:rsidR="00E81AB3" w:rsidRPr="000E4B6C" w:rsidRDefault="00E81AB3">
      <w:pPr>
        <w:pStyle w:val="Heading1"/>
        <w:rPr>
          <w:rFonts w:cstheme="majorHAnsi"/>
        </w:rPr>
      </w:pPr>
    </w:p>
    <w:p w:rsidR="00B678C8" w:rsidRPr="000E4B6C" w:rsidRDefault="00000000">
      <w:pPr>
        <w:pStyle w:val="Heading1"/>
        <w:rPr>
          <w:rFonts w:cstheme="majorHAnsi"/>
        </w:rPr>
      </w:pPr>
      <w:r w:rsidRPr="000E4B6C">
        <w:rPr>
          <w:rFonts w:cstheme="majorHAnsi"/>
        </w:rPr>
        <w:t>Household Accounts They Managed Online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Electricity / gas / heating</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Broadband</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Mobile phones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Home insurance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Car insurance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Rates / household payments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TV / entertainment</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Other household accounts</w:t>
      </w:r>
    </w:p>
    <w:tbl>
      <w:tblPr>
        <w:tblStyle w:val="TableGrid"/>
        <w:tblW w:w="0" w:type="auto"/>
        <w:jc w:val="center"/>
        <w:tblLook w:val="04A0" w:firstRow="1" w:lastRow="0" w:firstColumn="1" w:lastColumn="0" w:noHBand="0" w:noVBand="1"/>
      </w:tblPr>
      <w:tblGrid>
        <w:gridCol w:w="2541"/>
        <w:gridCol w:w="2541"/>
        <w:gridCol w:w="2541"/>
        <w:gridCol w:w="2541"/>
      </w:tblGrid>
      <w:tr w:rsidR="00B678C8" w:rsidRPr="000E4B6C">
        <w:trPr>
          <w:jc w:val="center"/>
        </w:trPr>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Account / service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Email / username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What I know</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Done</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bl>
    <w:p w:rsidR="00E81AB3" w:rsidRPr="000E4B6C" w:rsidRDefault="00E81AB3">
      <w:pPr>
        <w:pStyle w:val="Heading1"/>
        <w:rPr>
          <w:rFonts w:cstheme="majorHAnsi"/>
        </w:rPr>
      </w:pPr>
    </w:p>
    <w:p w:rsidR="00B678C8" w:rsidRPr="000E4B6C" w:rsidRDefault="00000000">
      <w:pPr>
        <w:pStyle w:val="Heading1"/>
        <w:rPr>
          <w:rFonts w:cstheme="majorHAnsi"/>
        </w:rPr>
      </w:pPr>
      <w:r w:rsidRPr="000E4B6C">
        <w:rPr>
          <w:rFonts w:cstheme="majorHAnsi"/>
        </w:rPr>
        <w:t>Things I Cannot Access</w:t>
      </w:r>
    </w:p>
    <w:p w:rsidR="00B678C8" w:rsidRPr="000E4B6C" w:rsidRDefault="00000000">
      <w:pPr>
        <w:rPr>
          <w:rFonts w:asciiTheme="majorHAnsi" w:hAnsiTheme="majorHAnsi" w:cstheme="majorHAnsi"/>
        </w:rPr>
      </w:pPr>
      <w:r w:rsidRPr="000E4B6C">
        <w:rPr>
          <w:rFonts w:asciiTheme="majorHAnsi" w:hAnsiTheme="majorHAnsi" w:cstheme="majorHAnsi"/>
        </w:rPr>
        <w:t>Don't let this become another list you think you have to solve immediately. Write down what you can't access and what you think might be in there.</w:t>
      </w:r>
    </w:p>
    <w:tbl>
      <w:tblPr>
        <w:tblStyle w:val="TableGrid"/>
        <w:tblW w:w="0" w:type="auto"/>
        <w:jc w:val="center"/>
        <w:tblLook w:val="04A0" w:firstRow="1" w:lastRow="0" w:firstColumn="1" w:lastColumn="0" w:noHBand="0" w:noVBand="1"/>
      </w:tblPr>
      <w:tblGrid>
        <w:gridCol w:w="2541"/>
        <w:gridCol w:w="2541"/>
        <w:gridCol w:w="2541"/>
        <w:gridCol w:w="2541"/>
      </w:tblGrid>
      <w:tr w:rsidR="00B678C8" w:rsidRPr="000E4B6C">
        <w:trPr>
          <w:jc w:val="center"/>
        </w:trPr>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Account / service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Email / username</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What I know</w:t>
            </w:r>
          </w:p>
        </w:tc>
        <w:tc>
          <w:tcPr>
            <w:tcW w:w="2541" w:type="dxa"/>
          </w:tcPr>
          <w:p w:rsidR="00B678C8" w:rsidRPr="000E4B6C" w:rsidRDefault="00000000">
            <w:pPr>
              <w:rPr>
                <w:rFonts w:asciiTheme="majorHAnsi" w:hAnsiTheme="majorHAnsi" w:cstheme="majorHAnsi"/>
              </w:rPr>
            </w:pPr>
            <w:r w:rsidRPr="000E4B6C">
              <w:rPr>
                <w:rFonts w:asciiTheme="majorHAnsi" w:hAnsiTheme="majorHAnsi" w:cstheme="majorHAnsi"/>
                <w:b/>
              </w:rPr>
              <w:t>Done</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r w:rsidR="00B678C8" w:rsidRPr="000E4B6C">
        <w:trPr>
          <w:jc w:val="center"/>
        </w:trPr>
        <w:tc>
          <w:tcPr>
            <w:tcW w:w="2541" w:type="dxa"/>
            <w:vAlign w:val="center"/>
          </w:tcPr>
          <w:p w:rsidR="00B678C8" w:rsidRPr="000E4B6C" w:rsidRDefault="00B678C8">
            <w:pPr>
              <w:spacing w:after="0"/>
              <w:rPr>
                <w:rFonts w:asciiTheme="majorHAnsi" w:hAnsiTheme="majorHAnsi" w:cstheme="majorHAnsi"/>
              </w:rPr>
            </w:pPr>
          </w:p>
          <w:p w:rsidR="00E81AB3" w:rsidRPr="000E4B6C" w:rsidRDefault="00E81AB3">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B678C8">
            <w:pPr>
              <w:spacing w:after="0"/>
              <w:rPr>
                <w:rFonts w:asciiTheme="majorHAnsi" w:hAnsiTheme="majorHAnsi" w:cstheme="majorHAnsi"/>
              </w:rPr>
            </w:pPr>
          </w:p>
        </w:tc>
        <w:tc>
          <w:tcPr>
            <w:tcW w:w="2541" w:type="dxa"/>
            <w:vAlign w:val="center"/>
          </w:tcPr>
          <w:p w:rsidR="00B678C8" w:rsidRPr="000E4B6C" w:rsidRDefault="00000000">
            <w:pPr>
              <w:spacing w:after="0"/>
              <w:rPr>
                <w:rFonts w:asciiTheme="majorHAnsi" w:hAnsiTheme="majorHAnsi" w:cstheme="majorHAnsi"/>
              </w:rPr>
            </w:pPr>
            <w:r w:rsidRPr="000E4B6C">
              <w:rPr>
                <w:rFonts w:ascii="Segoe UI Symbol" w:hAnsi="Segoe UI Symbol" w:cs="Segoe UI Symbol"/>
              </w:rPr>
              <w:t>☐</w:t>
            </w:r>
          </w:p>
        </w:tc>
      </w:tr>
    </w:tbl>
    <w:p w:rsidR="00B678C8" w:rsidRPr="000E4B6C" w:rsidRDefault="00000000">
      <w:pPr>
        <w:pStyle w:val="Heading1"/>
        <w:rPr>
          <w:rFonts w:cstheme="majorHAnsi"/>
        </w:rPr>
      </w:pPr>
      <w:r w:rsidRPr="000E4B6C">
        <w:rPr>
          <w:rFonts w:cstheme="majorHAnsi"/>
        </w:rPr>
        <w:lastRenderedPageBreak/>
        <w:t>Before I Delete, Cancel or Reset Anything</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Have I checked whether there are photographs or files I want to keep?</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Could this account help me identify another account or bill?</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Is this email or phone needed for verification codes?</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Could cancelling this affect another household service?</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Have I recorded any useful account / reference information?</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Do I actually need to deal with this now?</w:t>
      </w:r>
    </w:p>
    <w:p w:rsidR="00B678C8" w:rsidRPr="000E4B6C" w:rsidRDefault="00000000">
      <w:pPr>
        <w:spacing w:after="30"/>
        <w:ind w:left="101"/>
        <w:rPr>
          <w:rFonts w:asciiTheme="majorHAnsi" w:hAnsiTheme="majorHAnsi" w:cstheme="majorHAnsi"/>
        </w:rPr>
      </w:pPr>
      <w:r w:rsidRPr="000E4B6C">
        <w:rPr>
          <w:rFonts w:ascii="Segoe UI Symbol" w:hAnsi="Segoe UI Symbol" w:cs="Segoe UI Symbol"/>
        </w:rPr>
        <w:t>☐</w:t>
      </w:r>
      <w:r w:rsidRPr="000E4B6C">
        <w:rPr>
          <w:rFonts w:asciiTheme="majorHAnsi" w:hAnsiTheme="majorHAnsi" w:cstheme="majorHAnsi"/>
        </w:rPr>
        <w:t xml:space="preserve">  If money, estate information or ownership is involved, do I need advice first?</w:t>
      </w:r>
    </w:p>
    <w:p w:rsidR="00B678C8" w:rsidRPr="000E4B6C" w:rsidRDefault="00000000">
      <w:pPr>
        <w:shd w:val="clear" w:color="auto" w:fill="FFF4EF"/>
        <w:spacing w:before="80"/>
        <w:ind w:left="120" w:right="120"/>
        <w:rPr>
          <w:rFonts w:asciiTheme="majorHAnsi" w:hAnsiTheme="majorHAnsi" w:cstheme="majorHAnsi"/>
        </w:rPr>
      </w:pPr>
      <w:r w:rsidRPr="000E4B6C">
        <w:rPr>
          <w:rFonts w:asciiTheme="majorHAnsi" w:hAnsiTheme="majorHAnsi" w:cstheme="majorHAnsi"/>
          <w:b/>
        </w:rPr>
        <w:t>Find first. Record second. Decide what to do with it later.</w:t>
      </w:r>
    </w:p>
    <w:p w:rsidR="000E4B6C" w:rsidRDefault="000E4B6C">
      <w:pPr>
        <w:pStyle w:val="Heading1"/>
        <w:rPr>
          <w:rFonts w:cstheme="majorHAnsi"/>
        </w:rPr>
      </w:pPr>
    </w:p>
    <w:p w:rsidR="00B678C8" w:rsidRPr="000E4B6C" w:rsidRDefault="00000000">
      <w:pPr>
        <w:pStyle w:val="Heading1"/>
        <w:rPr>
          <w:rFonts w:cstheme="majorHAnsi"/>
        </w:rPr>
      </w:pPr>
      <w:r w:rsidRPr="000E4B6C">
        <w:rPr>
          <w:rFonts w:cstheme="majorHAnsi"/>
        </w:rPr>
        <w:t>Things I've Remembered Later</w:t>
      </w:r>
    </w:p>
    <w:p w:rsidR="00E81AB3" w:rsidRPr="000E4B6C" w:rsidRDefault="00E81AB3">
      <w:pPr>
        <w:rPr>
          <w:rFonts w:asciiTheme="majorHAnsi" w:hAnsiTheme="majorHAnsi" w:cstheme="majorHAnsi"/>
        </w:rPr>
      </w:pPr>
    </w:p>
    <w:p w:rsidR="00B678C8" w:rsidRPr="000E4B6C" w:rsidRDefault="00000000">
      <w:pPr>
        <w:rPr>
          <w:rFonts w:asciiTheme="majorHAnsi" w:hAnsiTheme="majorHAnsi" w:cstheme="majorHAnsi"/>
        </w:rPr>
      </w:pPr>
      <w:r w:rsidRPr="000E4B6C">
        <w:rPr>
          <w:rFonts w:asciiTheme="majorHAnsi" w:hAnsiTheme="majorHAnsi" w:cstheme="majorHAnsi"/>
        </w:rPr>
        <w:t>______________________________________________________________________________________</w:t>
      </w:r>
    </w:p>
    <w:p w:rsidR="00E81AB3" w:rsidRPr="000E4B6C" w:rsidRDefault="00E81AB3">
      <w:pPr>
        <w:rPr>
          <w:rFonts w:asciiTheme="majorHAnsi" w:hAnsiTheme="majorHAnsi" w:cstheme="majorHAnsi"/>
        </w:rPr>
      </w:pPr>
    </w:p>
    <w:p w:rsidR="00B678C8" w:rsidRPr="000E4B6C" w:rsidRDefault="00000000">
      <w:pPr>
        <w:rPr>
          <w:rFonts w:asciiTheme="majorHAnsi" w:hAnsiTheme="majorHAnsi" w:cstheme="majorHAnsi"/>
        </w:rPr>
      </w:pPr>
      <w:r w:rsidRPr="000E4B6C">
        <w:rPr>
          <w:rFonts w:asciiTheme="majorHAnsi" w:hAnsiTheme="majorHAnsi" w:cstheme="majorHAnsi"/>
        </w:rPr>
        <w:t>______________________________________________________________________________________</w:t>
      </w:r>
    </w:p>
    <w:p w:rsidR="00E81AB3" w:rsidRPr="000E4B6C" w:rsidRDefault="00E81AB3">
      <w:pPr>
        <w:rPr>
          <w:rFonts w:asciiTheme="majorHAnsi" w:hAnsiTheme="majorHAnsi" w:cstheme="majorHAnsi"/>
        </w:rPr>
      </w:pPr>
    </w:p>
    <w:p w:rsidR="00B678C8" w:rsidRPr="000E4B6C" w:rsidRDefault="00000000">
      <w:pPr>
        <w:rPr>
          <w:rFonts w:asciiTheme="majorHAnsi" w:hAnsiTheme="majorHAnsi" w:cstheme="majorHAnsi"/>
        </w:rPr>
      </w:pPr>
      <w:r w:rsidRPr="000E4B6C">
        <w:rPr>
          <w:rFonts w:asciiTheme="majorHAnsi" w:hAnsiTheme="majorHAnsi" w:cstheme="majorHAnsi"/>
        </w:rPr>
        <w:t>______________________________________________________________________________________</w:t>
      </w:r>
    </w:p>
    <w:p w:rsidR="00E81AB3" w:rsidRPr="000E4B6C" w:rsidRDefault="00E81AB3">
      <w:pPr>
        <w:rPr>
          <w:rFonts w:asciiTheme="majorHAnsi" w:hAnsiTheme="majorHAnsi" w:cstheme="majorHAnsi"/>
        </w:rPr>
      </w:pPr>
    </w:p>
    <w:p w:rsidR="00B678C8" w:rsidRPr="000E4B6C" w:rsidRDefault="00000000">
      <w:pPr>
        <w:rPr>
          <w:rFonts w:asciiTheme="majorHAnsi" w:hAnsiTheme="majorHAnsi" w:cstheme="majorHAnsi"/>
        </w:rPr>
      </w:pPr>
      <w:r w:rsidRPr="000E4B6C">
        <w:rPr>
          <w:rFonts w:asciiTheme="majorHAnsi" w:hAnsiTheme="majorHAnsi" w:cstheme="majorHAnsi"/>
        </w:rPr>
        <w:t>______________________________________________________________________________________</w:t>
      </w:r>
    </w:p>
    <w:p w:rsidR="00E81AB3" w:rsidRPr="000E4B6C" w:rsidRDefault="00E81AB3">
      <w:pPr>
        <w:rPr>
          <w:rFonts w:asciiTheme="majorHAnsi" w:hAnsiTheme="majorHAnsi" w:cstheme="majorHAnsi"/>
        </w:rPr>
      </w:pPr>
    </w:p>
    <w:p w:rsidR="00B678C8" w:rsidRPr="000E4B6C" w:rsidRDefault="00000000">
      <w:pPr>
        <w:rPr>
          <w:rFonts w:asciiTheme="majorHAnsi" w:hAnsiTheme="majorHAnsi" w:cstheme="majorHAnsi"/>
        </w:rPr>
      </w:pPr>
      <w:r w:rsidRPr="000E4B6C">
        <w:rPr>
          <w:rFonts w:asciiTheme="majorHAnsi" w:hAnsiTheme="majorHAnsi" w:cstheme="majorHAnsi"/>
        </w:rPr>
        <w:t>______________________________________________________________________________________</w:t>
      </w:r>
    </w:p>
    <w:p w:rsidR="00E81AB3" w:rsidRPr="000E4B6C" w:rsidRDefault="00E81AB3">
      <w:pPr>
        <w:rPr>
          <w:rFonts w:asciiTheme="majorHAnsi" w:hAnsiTheme="majorHAnsi" w:cstheme="majorHAnsi"/>
        </w:rPr>
      </w:pPr>
    </w:p>
    <w:p w:rsidR="00B678C8" w:rsidRPr="000E4B6C" w:rsidRDefault="00000000">
      <w:pPr>
        <w:rPr>
          <w:rFonts w:asciiTheme="majorHAnsi" w:hAnsiTheme="majorHAnsi" w:cstheme="majorHAnsi"/>
        </w:rPr>
      </w:pPr>
      <w:r w:rsidRPr="000E4B6C">
        <w:rPr>
          <w:rFonts w:asciiTheme="majorHAnsi" w:hAnsiTheme="majorHAnsi" w:cstheme="majorHAnsi"/>
        </w:rPr>
        <w:t>______________________________________________________________________________________</w:t>
      </w:r>
    </w:p>
    <w:p w:rsidR="00B678C8" w:rsidRPr="000E4B6C" w:rsidRDefault="00000000">
      <w:pPr>
        <w:shd w:val="clear" w:color="auto" w:fill="F2F8F8"/>
        <w:spacing w:before="80"/>
        <w:ind w:left="120" w:right="120"/>
        <w:rPr>
          <w:rFonts w:asciiTheme="majorHAnsi" w:hAnsiTheme="majorHAnsi" w:cstheme="majorHAnsi"/>
        </w:rPr>
      </w:pPr>
      <w:r w:rsidRPr="000E4B6C">
        <w:rPr>
          <w:rFonts w:asciiTheme="majorHAnsi" w:hAnsiTheme="majorHAnsi" w:cstheme="majorHAnsi"/>
          <w:b/>
        </w:rPr>
        <w:t xml:space="preserve">About this resource: </w:t>
      </w:r>
      <w:r w:rsidRPr="000E4B6C">
        <w:rPr>
          <w:rFonts w:asciiTheme="majorHAnsi" w:hAnsiTheme="majorHAnsi" w:cstheme="majorHAnsi"/>
        </w:rPr>
        <w:t>This worksheet comes from my own experience of suddenly realising how much of Darren's digital life I couldn't access. It is a practical prompt, not legal, financial or technical advice. Access rights, account rules and what happens to digital accounts after a death vary between providers and circumstances. If you're unsure whether you are entitled to access, change or close something, check with the provider or get appropriate advice first.</w:t>
      </w:r>
    </w:p>
    <w:sectPr w:rsidR="00B678C8" w:rsidRPr="000E4B6C" w:rsidSect="00034616">
      <w:headerReference w:type="default" r:id="rId8"/>
      <w:footerReference w:type="default" r:id="rId9"/>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69BC" w:rsidRDefault="003769BC">
      <w:pPr>
        <w:spacing w:after="0" w:line="240" w:lineRule="auto"/>
      </w:pPr>
      <w:r>
        <w:separator/>
      </w:r>
    </w:p>
  </w:endnote>
  <w:endnote w:type="continuationSeparator" w:id="0">
    <w:p w:rsidR="003769BC" w:rsidRDefault="00376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78C8" w:rsidRPr="00E81AB3" w:rsidRDefault="00E81AB3" w:rsidP="00E81AB3">
    <w:pPr>
      <w:pStyle w:val="isselectedend"/>
      <w:jc w:val="center"/>
      <w:rPr>
        <w:rFonts w:ascii="Arial" w:hAnsi="Arial" w:cs="Arial"/>
        <w:b/>
        <w:bCs/>
        <w:sz w:val="18"/>
        <w:szCs w:val="18"/>
      </w:rPr>
    </w:pPr>
    <w:r w:rsidRPr="00DF12CE">
      <w:rPr>
        <w:rStyle w:val="Strong"/>
        <w:rFonts w:ascii="Arial" w:hAnsi="Arial" w:cs="Arial"/>
        <w:b w:val="0"/>
        <w:bCs w:val="0"/>
        <w:sz w:val="18"/>
        <w:szCs w:val="18"/>
      </w:rPr>
      <w:t>whatnowafterloss.com</w:t>
    </w:r>
    <w:r>
      <w:rPr>
        <w:rStyle w:val="Strong"/>
        <w:rFonts w:ascii="Arial" w:hAnsi="Arial" w:cs="Arial"/>
        <w:b w:val="0"/>
        <w:bCs w:val="0"/>
        <w:sz w:val="18"/>
        <w:szCs w:val="18"/>
      </w:rPr>
      <w:t xml:space="preserve">: </w:t>
    </w:r>
    <w:r>
      <w:rPr>
        <w:rFonts w:ascii="Arial" w:hAnsi="Arial" w:cs="Arial"/>
        <w:sz w:val="18"/>
        <w:szCs w:val="18"/>
      </w:rPr>
      <w:t>c</w:t>
    </w:r>
    <w:r w:rsidRPr="00DF12CE">
      <w:rPr>
        <w:rFonts w:ascii="Arial" w:hAnsi="Arial" w:cs="Arial"/>
        <w:sz w:val="18"/>
        <w:szCs w:val="18"/>
      </w:rPr>
      <w:t>reated by Noreen Pickering for What Now After Loss, 2026</w:t>
    </w:r>
    <w:r w:rsidRPr="00DF12CE">
      <w:rPr>
        <w:rFonts w:ascii="Arial" w:hAnsi="Arial" w:cs="Arial"/>
        <w:sz w:val="18"/>
        <w:szCs w:val="18"/>
      </w:rPr>
      <w:br/>
      <w:t>Free to download and print for personal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69BC" w:rsidRDefault="003769BC">
      <w:pPr>
        <w:spacing w:after="0" w:line="240" w:lineRule="auto"/>
      </w:pPr>
      <w:r>
        <w:separator/>
      </w:r>
    </w:p>
  </w:footnote>
  <w:footnote w:type="continuationSeparator" w:id="0">
    <w:p w:rsidR="003769BC" w:rsidRDefault="00376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78C8" w:rsidRPr="004B14CD" w:rsidRDefault="004B14CD" w:rsidP="004B14CD">
    <w:pPr>
      <w:pStyle w:val="Header"/>
      <w:jc w:val="right"/>
    </w:pPr>
    <w:r>
      <w:rPr>
        <w:noProof/>
      </w:rPr>
      <w:drawing>
        <wp:inline distT="0" distB="0" distL="0" distR="0" wp14:anchorId="04BC2ED7" wp14:editId="425DABC6">
          <wp:extent cx="859240" cy="668810"/>
          <wp:effectExtent l="0" t="0" r="4445" b="4445"/>
          <wp:docPr id="191155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53972" name="Picture 1911553972"/>
                  <pic:cNvPicPr/>
                </pic:nvPicPr>
                <pic:blipFill>
                  <a:blip r:embed="rId1"/>
                  <a:stretch>
                    <a:fillRect/>
                  </a:stretch>
                </pic:blipFill>
                <pic:spPr>
                  <a:xfrm>
                    <a:off x="0" y="0"/>
                    <a:ext cx="898169" cy="6991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4061481">
    <w:abstractNumId w:val="8"/>
  </w:num>
  <w:num w:numId="2" w16cid:durableId="509562969">
    <w:abstractNumId w:val="6"/>
  </w:num>
  <w:num w:numId="3" w16cid:durableId="808085106">
    <w:abstractNumId w:val="5"/>
  </w:num>
  <w:num w:numId="4" w16cid:durableId="1424063961">
    <w:abstractNumId w:val="4"/>
  </w:num>
  <w:num w:numId="5" w16cid:durableId="381249678">
    <w:abstractNumId w:val="7"/>
  </w:num>
  <w:num w:numId="6" w16cid:durableId="287932315">
    <w:abstractNumId w:val="3"/>
  </w:num>
  <w:num w:numId="7" w16cid:durableId="470246901">
    <w:abstractNumId w:val="2"/>
  </w:num>
  <w:num w:numId="8" w16cid:durableId="120000365">
    <w:abstractNumId w:val="1"/>
  </w:num>
  <w:num w:numId="9" w16cid:durableId="40716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4B6C"/>
    <w:rsid w:val="0015074B"/>
    <w:rsid w:val="0029639D"/>
    <w:rsid w:val="00326F90"/>
    <w:rsid w:val="003769BC"/>
    <w:rsid w:val="004B14CD"/>
    <w:rsid w:val="00AA1D8D"/>
    <w:rsid w:val="00B47730"/>
    <w:rsid w:val="00B678C8"/>
    <w:rsid w:val="00CB0664"/>
    <w:rsid w:val="00E81A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F95C2A"/>
  <w14:defaultImageDpi w14:val="300"/>
  <w15:docId w15:val="{4C599954-199D-6349-9653-F0CA3D6D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color w:val="202B35"/>
      <w:sz w:val="20"/>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16324F"/>
      <w:sz w:val="32"/>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087E8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16324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Intro">
    <w:name w:val="Resource Intro"/>
    <w:pPr>
      <w:spacing w:after="120"/>
    </w:pPr>
    <w:rPr>
      <w:rFonts w:ascii="Arial" w:hAnsi="Arial"/>
      <w:b/>
      <w:color w:val="087E8B"/>
      <w:sz w:val="24"/>
    </w:rPr>
  </w:style>
  <w:style w:type="paragraph" w:customStyle="1" w:styleId="isselectedend">
    <w:name w:val="isselectedend"/>
    <w:basedOn w:val="Normal"/>
    <w:rsid w:val="00E81AB3"/>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872</Words>
  <Characters>5347</Characters>
  <Application>Microsoft Office Word</Application>
  <DocSecurity>0</DocSecurity>
  <Lines>109</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Noreen Pickering</cp:lastModifiedBy>
  <cp:revision>3</cp:revision>
  <dcterms:created xsi:type="dcterms:W3CDTF">2013-12-23T23:15:00Z</dcterms:created>
  <dcterms:modified xsi:type="dcterms:W3CDTF">2026-09-07T14:18:00Z</dcterms:modified>
  <cp:category/>
</cp:coreProperties>
</file>