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78BE" w:rsidRPr="00C841A3" w:rsidRDefault="00000000">
      <w:pPr>
        <w:pStyle w:val="Title"/>
        <w:jc w:val="center"/>
        <w:rPr>
          <w:rFonts w:cstheme="majorHAnsi"/>
          <w:color w:val="C93664"/>
        </w:rPr>
      </w:pPr>
      <w:r w:rsidRPr="00C841A3">
        <w:rPr>
          <w:rFonts w:cstheme="majorHAnsi"/>
          <w:color w:val="C93664"/>
        </w:rPr>
        <w:t>Choosing Funeral Music That Actually Means Something</w:t>
      </w:r>
    </w:p>
    <w:p w:rsidR="00A978BE" w:rsidRPr="00C841A3" w:rsidRDefault="00000000">
      <w:pPr>
        <w:pStyle w:val="Heading1"/>
        <w:rPr>
          <w:rFonts w:cstheme="majorHAnsi"/>
        </w:rPr>
      </w:pPr>
      <w:r w:rsidRPr="00C841A3">
        <w:rPr>
          <w:rFonts w:cstheme="majorHAnsi"/>
        </w:rPr>
        <w:t>Start with them</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Who were their favourite bands or artists?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What albums did they love?</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What songs did they play repeatedly?</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What music did they listen to when they were younger?</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What did they play in the car?</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What did they play around the house?</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What concerts or gigs did they go to?</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What songs did they always sing along to?</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Was there a song everybody associated with them?</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Was there a song they absolutely hated?</w:t>
      </w:r>
    </w:p>
    <w:p w:rsidR="00A978BE" w:rsidRPr="00C841A3" w:rsidRDefault="00000000">
      <w:pPr>
        <w:pStyle w:val="Heading1"/>
        <w:rPr>
          <w:rFonts w:cstheme="majorHAnsi"/>
        </w:rPr>
      </w:pPr>
      <w:r w:rsidRPr="00C841A3">
        <w:rPr>
          <w:rFonts w:cstheme="majorHAnsi"/>
        </w:rPr>
        <w:t>Look through what they left behind</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Spotify or other music streaming account</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Playlists</w:t>
      </w:r>
    </w:p>
    <w:p w:rsidR="00A978BE" w:rsidRPr="00C841A3" w:rsidRDefault="00000000">
      <w:pPr>
        <w:spacing w:after="50"/>
        <w:rPr>
          <w:rFonts w:asciiTheme="majorHAnsi" w:hAnsiTheme="majorHAnsi" w:cstheme="majorHAnsi"/>
        </w:rPr>
      </w:pPr>
      <w:proofErr w:type="gramStart"/>
      <w:r w:rsidRPr="00C841A3">
        <w:rPr>
          <w:rFonts w:ascii="Segoe UI Symbol" w:hAnsi="Segoe UI Symbol" w:cs="Segoe UI Symbol"/>
        </w:rPr>
        <w:t>☐</w:t>
      </w:r>
      <w:r w:rsidRPr="00C841A3">
        <w:rPr>
          <w:rFonts w:asciiTheme="majorHAnsi" w:hAnsiTheme="majorHAnsi" w:cstheme="majorHAnsi"/>
        </w:rPr>
        <w:t xml:space="preserve">  Music</w:t>
      </w:r>
      <w:proofErr w:type="gramEnd"/>
      <w:r w:rsidRPr="00C841A3">
        <w:rPr>
          <w:rFonts w:asciiTheme="majorHAnsi" w:hAnsiTheme="majorHAnsi" w:cstheme="majorHAnsi"/>
        </w:rPr>
        <w:t xml:space="preserve"> saved on their phone</w:t>
      </w:r>
      <w:r w:rsidR="00872E30" w:rsidRPr="00C841A3">
        <w:rPr>
          <w:rFonts w:asciiTheme="majorHAnsi" w:hAnsiTheme="majorHAnsi" w:cstheme="majorHAnsi"/>
        </w:rPr>
        <w:t xml:space="preserve"> / </w:t>
      </w:r>
      <w:r w:rsidRPr="00C841A3">
        <w:rPr>
          <w:rFonts w:asciiTheme="majorHAnsi" w:hAnsiTheme="majorHAnsi" w:cstheme="majorHAnsi"/>
        </w:rPr>
        <w:t>their computer</w:t>
      </w:r>
    </w:p>
    <w:p w:rsidR="00A978BE" w:rsidRPr="00C841A3" w:rsidRDefault="00000000">
      <w:pPr>
        <w:spacing w:after="50"/>
        <w:rPr>
          <w:rFonts w:asciiTheme="majorHAnsi" w:hAnsiTheme="majorHAnsi" w:cstheme="majorHAnsi"/>
        </w:rPr>
      </w:pPr>
      <w:proofErr w:type="gramStart"/>
      <w:r w:rsidRPr="00C841A3">
        <w:rPr>
          <w:rFonts w:ascii="Segoe UI Symbol" w:hAnsi="Segoe UI Symbol" w:cs="Segoe UI Symbol"/>
        </w:rPr>
        <w:t>☐</w:t>
      </w:r>
      <w:r w:rsidRPr="00C841A3">
        <w:rPr>
          <w:rFonts w:asciiTheme="majorHAnsi" w:hAnsiTheme="majorHAnsi" w:cstheme="majorHAnsi"/>
        </w:rPr>
        <w:t xml:space="preserve">  CDs</w:t>
      </w:r>
      <w:proofErr w:type="gramEnd"/>
      <w:r w:rsidR="000F0888" w:rsidRPr="00C841A3">
        <w:rPr>
          <w:rFonts w:asciiTheme="majorHAnsi" w:hAnsiTheme="majorHAnsi" w:cstheme="majorHAnsi"/>
        </w:rPr>
        <w:t xml:space="preserve"> </w:t>
      </w:r>
      <w:r w:rsidR="00872E30" w:rsidRPr="00C841A3">
        <w:rPr>
          <w:rFonts w:asciiTheme="majorHAnsi" w:hAnsiTheme="majorHAnsi" w:cstheme="majorHAnsi"/>
        </w:rPr>
        <w:t>/ Vinyl</w:t>
      </w:r>
    </w:p>
    <w:p w:rsidR="00A978BE" w:rsidRPr="00C841A3" w:rsidRDefault="00000000">
      <w:pPr>
        <w:spacing w:after="50"/>
        <w:rPr>
          <w:rFonts w:asciiTheme="majorHAnsi" w:hAnsiTheme="majorHAnsi" w:cstheme="majorHAnsi"/>
        </w:rPr>
      </w:pPr>
      <w:proofErr w:type="gramStart"/>
      <w:r w:rsidRPr="00C841A3">
        <w:rPr>
          <w:rFonts w:ascii="Segoe UI Symbol" w:hAnsi="Segoe UI Symbol" w:cs="Segoe UI Symbol"/>
        </w:rPr>
        <w:t>☐</w:t>
      </w:r>
      <w:r w:rsidRPr="00C841A3">
        <w:rPr>
          <w:rFonts w:asciiTheme="majorHAnsi" w:hAnsiTheme="majorHAnsi" w:cstheme="majorHAnsi"/>
        </w:rPr>
        <w:t xml:space="preserve">  YouTube</w:t>
      </w:r>
      <w:proofErr w:type="gramEnd"/>
      <w:r w:rsidRPr="00C841A3">
        <w:rPr>
          <w:rFonts w:asciiTheme="majorHAnsi" w:hAnsiTheme="majorHAnsi" w:cstheme="majorHAnsi"/>
        </w:rPr>
        <w:t xml:space="preserve"> playlists or history</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Concert tickets or gig photographs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Old photographs that might trigger a musical memory</w:t>
      </w:r>
    </w:p>
    <w:p w:rsidR="00A978BE" w:rsidRPr="00C841A3" w:rsidRDefault="00000000">
      <w:pPr>
        <w:shd w:val="clear" w:color="auto" w:fill="FFF4EF"/>
        <w:spacing w:before="80" w:after="140"/>
        <w:rPr>
          <w:rFonts w:asciiTheme="majorHAnsi" w:hAnsiTheme="majorHAnsi" w:cstheme="majorHAnsi"/>
        </w:rPr>
      </w:pPr>
      <w:r w:rsidRPr="00C841A3">
        <w:rPr>
          <w:rFonts w:asciiTheme="majorHAnsi" w:hAnsiTheme="majorHAnsi" w:cstheme="majorHAnsi"/>
          <w:b/>
        </w:rPr>
        <w:t>Don't turn this into another enormous job. You are not required to search every album they ever owned or find some mythical perfect song.</w:t>
      </w:r>
    </w:p>
    <w:p w:rsidR="00A978BE" w:rsidRPr="00C841A3" w:rsidRDefault="00000000">
      <w:pPr>
        <w:pStyle w:val="Heading1"/>
        <w:rPr>
          <w:rFonts w:cstheme="majorHAnsi"/>
        </w:rPr>
      </w:pPr>
      <w:r w:rsidRPr="00C841A3">
        <w:rPr>
          <w:rFonts w:cstheme="majorHAnsi"/>
        </w:rPr>
        <w:t>Ask other people</w:t>
      </w:r>
    </w:p>
    <w:p w:rsidR="00A978BE" w:rsidRPr="00C841A3" w:rsidRDefault="00000000">
      <w:pPr>
        <w:rPr>
          <w:rFonts w:asciiTheme="majorHAnsi" w:hAnsiTheme="majorHAnsi" w:cstheme="majorHAnsi"/>
        </w:rPr>
      </w:pPr>
      <w:r w:rsidRPr="00C841A3">
        <w:rPr>
          <w:rFonts w:asciiTheme="majorHAnsi" w:hAnsiTheme="majorHAnsi" w:cstheme="majorHAnsi"/>
          <w:b/>
        </w:rPr>
        <w:t xml:space="preserve">Try sending a very simple message: </w:t>
      </w:r>
      <w:r w:rsidRPr="00C841A3">
        <w:rPr>
          <w:rFonts w:asciiTheme="majorHAnsi" w:hAnsiTheme="majorHAnsi" w:cstheme="majorHAnsi"/>
        </w:rPr>
        <w:t>"When you think of [name], what band or song immediately comes into your head?"</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Partner</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Children</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Brothers or sisters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Old friends</w:t>
      </w:r>
    </w:p>
    <w:p w:rsidR="00A978BE" w:rsidRPr="00C841A3" w:rsidRDefault="00000000">
      <w:pPr>
        <w:spacing w:after="50"/>
        <w:rPr>
          <w:rFonts w:asciiTheme="majorHAnsi" w:hAnsiTheme="majorHAnsi" w:cstheme="majorHAnsi"/>
        </w:rPr>
      </w:pPr>
      <w:r w:rsidRPr="00C841A3">
        <w:rPr>
          <w:rFonts w:ascii="Segoe UI Symbol" w:hAnsi="Segoe UI Symbol" w:cs="Segoe UI Symbol"/>
        </w:rPr>
        <w:lastRenderedPageBreak/>
        <w:t>☐</w:t>
      </w:r>
      <w:r w:rsidRPr="00C841A3">
        <w:rPr>
          <w:rFonts w:asciiTheme="majorHAnsi" w:hAnsiTheme="majorHAnsi" w:cstheme="majorHAnsi"/>
        </w:rPr>
        <w:t xml:space="preserve">  School or university friends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Work friends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People they went to gigs with</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Other family members</w:t>
      </w:r>
    </w:p>
    <w:p w:rsidR="00A978BE" w:rsidRPr="00C841A3" w:rsidRDefault="00000000">
      <w:pPr>
        <w:pStyle w:val="Heading1"/>
        <w:rPr>
          <w:rFonts w:cstheme="majorHAnsi"/>
        </w:rPr>
      </w:pPr>
      <w:r w:rsidRPr="00C841A3">
        <w:rPr>
          <w:rFonts w:cstheme="majorHAnsi"/>
        </w:rPr>
        <w:t>Music from different parts of their life</w:t>
      </w:r>
    </w:p>
    <w:p w:rsidR="00A978BE" w:rsidRPr="00C841A3" w:rsidRDefault="00000000">
      <w:pPr>
        <w:rPr>
          <w:rFonts w:asciiTheme="majorHAnsi" w:hAnsiTheme="majorHAnsi" w:cstheme="majorHAnsi"/>
        </w:rPr>
      </w:pPr>
      <w:r w:rsidRPr="00C841A3">
        <w:rPr>
          <w:rFonts w:asciiTheme="majorHAnsi" w:hAnsiTheme="majorHAnsi" w:cstheme="majorHAnsi"/>
          <w:b/>
        </w:rPr>
        <w:t>Growing up:</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rPr>
          <w:rFonts w:asciiTheme="majorHAnsi" w:hAnsiTheme="majorHAnsi" w:cstheme="majorHAnsi"/>
        </w:rPr>
      </w:pPr>
      <w:r w:rsidRPr="00C841A3">
        <w:rPr>
          <w:rFonts w:asciiTheme="majorHAnsi" w:hAnsiTheme="majorHAnsi" w:cstheme="majorHAnsi"/>
          <w:b/>
        </w:rPr>
        <w:t>Teenage years:</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rPr>
          <w:rFonts w:asciiTheme="majorHAnsi" w:hAnsiTheme="majorHAnsi" w:cstheme="majorHAnsi"/>
        </w:rPr>
      </w:pPr>
      <w:r w:rsidRPr="00C841A3">
        <w:rPr>
          <w:rFonts w:asciiTheme="majorHAnsi" w:hAnsiTheme="majorHAnsi" w:cstheme="majorHAnsi"/>
          <w:b/>
        </w:rPr>
        <w:t>University / young adulthood:</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rPr>
          <w:rFonts w:asciiTheme="majorHAnsi" w:hAnsiTheme="majorHAnsi" w:cstheme="majorHAnsi"/>
        </w:rPr>
      </w:pPr>
      <w:r w:rsidRPr="00C841A3">
        <w:rPr>
          <w:rFonts w:asciiTheme="majorHAnsi" w:hAnsiTheme="majorHAnsi" w:cstheme="majorHAnsi"/>
          <w:b/>
        </w:rPr>
        <w:t>When we met:</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rPr>
          <w:rFonts w:asciiTheme="majorHAnsi" w:hAnsiTheme="majorHAnsi" w:cstheme="majorHAnsi"/>
        </w:rPr>
      </w:pPr>
      <w:r w:rsidRPr="00C841A3">
        <w:rPr>
          <w:rFonts w:asciiTheme="majorHAnsi" w:hAnsiTheme="majorHAnsi" w:cstheme="majorHAnsi"/>
          <w:b/>
        </w:rPr>
        <w:t>Wedding / relationship:</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rPr>
          <w:rFonts w:asciiTheme="majorHAnsi" w:hAnsiTheme="majorHAnsi" w:cstheme="majorHAnsi"/>
        </w:rPr>
      </w:pPr>
      <w:r w:rsidRPr="00C841A3">
        <w:rPr>
          <w:rFonts w:asciiTheme="majorHAnsi" w:hAnsiTheme="majorHAnsi" w:cstheme="majorHAnsi"/>
          <w:b/>
        </w:rPr>
        <w:t>Children / family years:</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rPr>
          <w:rFonts w:asciiTheme="majorHAnsi" w:hAnsiTheme="majorHAnsi" w:cstheme="majorHAnsi"/>
        </w:rPr>
      </w:pPr>
      <w:r w:rsidRPr="00C841A3">
        <w:rPr>
          <w:rFonts w:asciiTheme="majorHAnsi" w:hAnsiTheme="majorHAnsi" w:cstheme="majorHAnsi"/>
          <w:b/>
        </w:rPr>
        <w:t>Recent years:</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rPr>
          <w:rFonts w:asciiTheme="majorHAnsi" w:hAnsiTheme="majorHAnsi" w:cstheme="majorHAnsi"/>
        </w:rPr>
      </w:pPr>
      <w:r w:rsidRPr="00C841A3">
        <w:rPr>
          <w:rFonts w:asciiTheme="majorHAnsi" w:hAnsiTheme="majorHAnsi" w:cstheme="majorHAnsi"/>
          <w:b/>
        </w:rPr>
        <w:t>Music their friends associate with them:</w:t>
      </w:r>
    </w:p>
    <w:p w:rsidR="002D0705" w:rsidRPr="00C841A3" w:rsidRDefault="002D0705">
      <w:pPr>
        <w:spacing w:after="120"/>
        <w:rPr>
          <w:rFonts w:asciiTheme="majorHAnsi" w:hAnsiTheme="majorHAnsi" w:cstheme="majorHAnsi"/>
          <w:color w:val="AAAAAA"/>
        </w:rPr>
      </w:pPr>
    </w:p>
    <w:p w:rsidR="00A978BE" w:rsidRPr="00C841A3" w:rsidRDefault="00000000">
      <w:pPr>
        <w:spacing w:after="12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A978BE" w:rsidRPr="00C841A3" w:rsidRDefault="00000000">
      <w:pPr>
        <w:pStyle w:val="Heading1"/>
        <w:rPr>
          <w:rFonts w:cstheme="majorHAnsi"/>
        </w:rPr>
      </w:pPr>
      <w:r w:rsidRPr="00C841A3">
        <w:rPr>
          <w:rFonts w:cstheme="majorHAnsi"/>
        </w:rPr>
        <w:lastRenderedPageBreak/>
        <w:t>Songs that belonged to us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song from when we met</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Wedding song</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holiday song</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song connected with a funny story</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song we always sang</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song we danced to</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song from a particular period of our lives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song that makes me immediately think of them</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song that would make everybody who knew them smile</w:t>
      </w:r>
    </w:p>
    <w:p w:rsidR="00A978BE" w:rsidRPr="00C841A3" w:rsidRDefault="00000000">
      <w:pPr>
        <w:pStyle w:val="Heading1"/>
        <w:rPr>
          <w:rFonts w:cstheme="majorHAnsi"/>
        </w:rPr>
      </w:pPr>
      <w:r w:rsidRPr="00C841A3">
        <w:rPr>
          <w:rFonts w:cstheme="majorHAnsi"/>
        </w:rPr>
        <w:t>Where might you need music?</w:t>
      </w:r>
    </w:p>
    <w:p w:rsidR="00A978BE" w:rsidRPr="00C841A3" w:rsidRDefault="00000000">
      <w:pPr>
        <w:rPr>
          <w:rFonts w:asciiTheme="majorHAnsi" w:hAnsiTheme="majorHAnsi" w:cstheme="majorHAnsi"/>
        </w:rPr>
      </w:pPr>
      <w:r w:rsidRPr="00C841A3">
        <w:rPr>
          <w:rFonts w:asciiTheme="majorHAnsi" w:hAnsiTheme="majorHAnsi" w:cstheme="majorHAnsi"/>
        </w:rPr>
        <w:t>You may only need a few pieces of music. The exact opportunities will depend on the type and location of the funeral or celebration.</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Arrival or entrance</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During the service or celebration</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 quiet or reflective moment</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Behind photographs or a slideshow</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During the committal</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Leaving or exit</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At a wake or celebration afterwards</w:t>
      </w:r>
    </w:p>
    <w:p w:rsidR="00A978BE" w:rsidRPr="00C841A3" w:rsidRDefault="00000000">
      <w:pPr>
        <w:pStyle w:val="Heading1"/>
        <w:rPr>
          <w:rFonts w:cstheme="majorHAnsi"/>
        </w:rPr>
      </w:pPr>
      <w:r w:rsidRPr="00C841A3">
        <w:rPr>
          <w:rFonts w:cstheme="majorHAnsi"/>
        </w:rPr>
        <w:t>My shortlist</w:t>
      </w:r>
    </w:p>
    <w:tbl>
      <w:tblPr>
        <w:tblStyle w:val="TableGrid"/>
        <w:tblW w:w="0" w:type="auto"/>
        <w:jc w:val="center"/>
        <w:tblLook w:val="04A0" w:firstRow="1" w:lastRow="0" w:firstColumn="1" w:lastColumn="0" w:noHBand="0" w:noVBand="1"/>
      </w:tblPr>
      <w:tblGrid>
        <w:gridCol w:w="2541"/>
        <w:gridCol w:w="2541"/>
        <w:gridCol w:w="2541"/>
        <w:gridCol w:w="2541"/>
      </w:tblGrid>
      <w:tr w:rsidR="00A978BE" w:rsidRPr="00C841A3">
        <w:trPr>
          <w:jc w:val="center"/>
        </w:trPr>
        <w:tc>
          <w:tcPr>
            <w:tcW w:w="2541" w:type="dxa"/>
            <w:shd w:val="clear" w:color="auto" w:fill="EAF6F4"/>
            <w:vAlign w:val="center"/>
          </w:tcPr>
          <w:p w:rsidR="00A978BE" w:rsidRPr="00C841A3" w:rsidRDefault="00000000">
            <w:pPr>
              <w:rPr>
                <w:rFonts w:asciiTheme="majorHAnsi" w:hAnsiTheme="majorHAnsi" w:cstheme="majorHAnsi"/>
              </w:rPr>
            </w:pPr>
            <w:r w:rsidRPr="00C841A3">
              <w:rPr>
                <w:rFonts w:asciiTheme="majorHAnsi" w:hAnsiTheme="majorHAnsi" w:cstheme="majorHAnsi"/>
                <w:b/>
                <w:sz w:val="18"/>
              </w:rPr>
              <w:t>Song</w:t>
            </w:r>
          </w:p>
        </w:tc>
        <w:tc>
          <w:tcPr>
            <w:tcW w:w="2541" w:type="dxa"/>
            <w:shd w:val="clear" w:color="auto" w:fill="EAF6F4"/>
            <w:vAlign w:val="center"/>
          </w:tcPr>
          <w:p w:rsidR="00A978BE" w:rsidRPr="00C841A3" w:rsidRDefault="00000000">
            <w:pPr>
              <w:rPr>
                <w:rFonts w:asciiTheme="majorHAnsi" w:hAnsiTheme="majorHAnsi" w:cstheme="majorHAnsi"/>
              </w:rPr>
            </w:pPr>
            <w:r w:rsidRPr="00C841A3">
              <w:rPr>
                <w:rFonts w:asciiTheme="majorHAnsi" w:hAnsiTheme="majorHAnsi" w:cstheme="majorHAnsi"/>
                <w:b/>
                <w:sz w:val="18"/>
              </w:rPr>
              <w:t>Artist</w:t>
            </w:r>
          </w:p>
        </w:tc>
        <w:tc>
          <w:tcPr>
            <w:tcW w:w="2541" w:type="dxa"/>
            <w:shd w:val="clear" w:color="auto" w:fill="EAF6F4"/>
            <w:vAlign w:val="center"/>
          </w:tcPr>
          <w:p w:rsidR="00A978BE" w:rsidRPr="00C841A3" w:rsidRDefault="00000000">
            <w:pPr>
              <w:rPr>
                <w:rFonts w:asciiTheme="majorHAnsi" w:hAnsiTheme="majorHAnsi" w:cstheme="majorHAnsi"/>
              </w:rPr>
            </w:pPr>
            <w:r w:rsidRPr="00C841A3">
              <w:rPr>
                <w:rFonts w:asciiTheme="majorHAnsi" w:hAnsiTheme="majorHAnsi" w:cstheme="majorHAnsi"/>
                <w:b/>
                <w:sz w:val="18"/>
              </w:rPr>
              <w:t>Why it matters</w:t>
            </w:r>
          </w:p>
        </w:tc>
        <w:tc>
          <w:tcPr>
            <w:tcW w:w="2541" w:type="dxa"/>
            <w:shd w:val="clear" w:color="auto" w:fill="EAF6F4"/>
            <w:vAlign w:val="center"/>
          </w:tcPr>
          <w:p w:rsidR="00A978BE" w:rsidRPr="00C841A3" w:rsidRDefault="00000000">
            <w:pPr>
              <w:rPr>
                <w:rFonts w:asciiTheme="majorHAnsi" w:hAnsiTheme="majorHAnsi" w:cstheme="majorHAnsi"/>
              </w:rPr>
            </w:pPr>
            <w:r w:rsidRPr="00C841A3">
              <w:rPr>
                <w:rFonts w:asciiTheme="majorHAnsi" w:hAnsiTheme="majorHAnsi" w:cstheme="majorHAnsi"/>
                <w:b/>
                <w:sz w:val="18"/>
              </w:rPr>
              <w:t>Where might we use it?</w:t>
            </w:r>
          </w:p>
        </w:tc>
      </w:tr>
      <w:tr w:rsidR="00A978BE" w:rsidRPr="00C841A3">
        <w:trPr>
          <w:jc w:val="center"/>
        </w:trPr>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r>
      <w:tr w:rsidR="00A978BE" w:rsidRPr="00C841A3">
        <w:trPr>
          <w:jc w:val="center"/>
        </w:trPr>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r>
      <w:tr w:rsidR="00A978BE" w:rsidRPr="00C841A3">
        <w:trPr>
          <w:jc w:val="center"/>
        </w:trPr>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r>
      <w:tr w:rsidR="00A978BE" w:rsidRPr="00C841A3">
        <w:trPr>
          <w:jc w:val="center"/>
        </w:trPr>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r>
      <w:tr w:rsidR="00A978BE" w:rsidRPr="00C841A3">
        <w:trPr>
          <w:jc w:val="center"/>
        </w:trPr>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r>
      <w:tr w:rsidR="00A978BE" w:rsidRPr="00C841A3">
        <w:trPr>
          <w:jc w:val="center"/>
        </w:trPr>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r>
      <w:tr w:rsidR="00A978BE" w:rsidRPr="00C841A3">
        <w:trPr>
          <w:jc w:val="center"/>
        </w:trPr>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c>
          <w:tcPr>
            <w:tcW w:w="2541" w:type="dxa"/>
            <w:vAlign w:val="center"/>
          </w:tcPr>
          <w:p w:rsidR="00A978BE" w:rsidRPr="00C841A3" w:rsidRDefault="00000000">
            <w:pPr>
              <w:spacing w:after="0"/>
              <w:rPr>
                <w:rFonts w:asciiTheme="majorHAnsi" w:hAnsiTheme="majorHAnsi" w:cstheme="majorHAnsi"/>
              </w:rPr>
            </w:pPr>
            <w:r w:rsidRPr="00C841A3">
              <w:rPr>
                <w:rFonts w:asciiTheme="majorHAnsi" w:hAnsiTheme="majorHAnsi" w:cstheme="majorHAnsi"/>
              </w:rPr>
              <w:br/>
            </w:r>
          </w:p>
        </w:tc>
      </w:tr>
    </w:tbl>
    <w:p w:rsidR="00A978BE" w:rsidRPr="00C841A3" w:rsidRDefault="00000000">
      <w:pPr>
        <w:pStyle w:val="Heading1"/>
        <w:rPr>
          <w:rFonts w:cstheme="majorHAnsi"/>
        </w:rPr>
      </w:pPr>
      <w:r w:rsidRPr="00C841A3">
        <w:rPr>
          <w:rFonts w:cstheme="majorHAnsi"/>
        </w:rPr>
        <w:lastRenderedPageBreak/>
        <w:t>Before deciding</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Listen to the whole song</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Check the lyrics if that matters to you</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Make sure you have the exact version you want</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Check whether the venue can play it</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Give the exact song title, artist and version to whoever is organising the music</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Check how many pieces of music the ceremony or venue allows</w:t>
      </w:r>
    </w:p>
    <w:p w:rsidR="00A978BE" w:rsidRPr="00C841A3" w:rsidRDefault="00000000">
      <w:pPr>
        <w:spacing w:after="50"/>
        <w:rPr>
          <w:rFonts w:asciiTheme="majorHAnsi" w:hAnsiTheme="majorHAnsi" w:cstheme="majorHAnsi"/>
        </w:rPr>
      </w:pPr>
      <w:r w:rsidRPr="00C841A3">
        <w:rPr>
          <w:rFonts w:ascii="Segoe UI Symbol" w:hAnsi="Segoe UI Symbol" w:cs="Segoe UI Symbol"/>
        </w:rPr>
        <w:t>☐</w:t>
      </w:r>
      <w:r w:rsidRPr="00C841A3">
        <w:rPr>
          <w:rFonts w:asciiTheme="majorHAnsi" w:hAnsiTheme="majorHAnsi" w:cstheme="majorHAnsi"/>
        </w:rPr>
        <w:t xml:space="preserve">  Ask the celebrant, clergy member or funeral director when each piece will be played</w:t>
      </w:r>
    </w:p>
    <w:p w:rsidR="00A978BE" w:rsidRPr="00C841A3" w:rsidRDefault="00000000">
      <w:pPr>
        <w:pStyle w:val="Heading1"/>
        <w:rPr>
          <w:rFonts w:cstheme="majorHAnsi"/>
        </w:rPr>
      </w:pPr>
      <w:r w:rsidRPr="00C841A3">
        <w:rPr>
          <w:rFonts w:cstheme="majorHAnsi"/>
        </w:rPr>
        <w:t>Forget the idea of the perfect funeral song</w:t>
      </w:r>
    </w:p>
    <w:p w:rsidR="00A978BE" w:rsidRPr="00C841A3" w:rsidRDefault="00000000">
      <w:pPr>
        <w:shd w:val="clear" w:color="auto" w:fill="EAF6F4"/>
        <w:spacing w:before="80" w:after="140"/>
        <w:rPr>
          <w:rFonts w:asciiTheme="majorHAnsi" w:hAnsiTheme="majorHAnsi" w:cstheme="majorHAnsi"/>
        </w:rPr>
      </w:pPr>
      <w:r w:rsidRPr="00C841A3">
        <w:rPr>
          <w:rFonts w:asciiTheme="majorHAnsi" w:hAnsiTheme="majorHAnsi" w:cstheme="majorHAnsi"/>
          <w:b/>
        </w:rPr>
        <w:t>You're not trying to find the perfect funeral song. You're trying to find something that makes you think: That's them.</w:t>
      </w:r>
    </w:p>
    <w:p w:rsidR="00A978BE" w:rsidRPr="00C841A3" w:rsidRDefault="00000000">
      <w:pPr>
        <w:rPr>
          <w:rFonts w:asciiTheme="majorHAnsi" w:hAnsiTheme="majorHAnsi" w:cstheme="majorHAnsi"/>
        </w:rPr>
      </w:pPr>
      <w:r w:rsidRPr="00C841A3">
        <w:rPr>
          <w:rFonts w:asciiTheme="majorHAnsi" w:hAnsiTheme="majorHAnsi" w:cstheme="majorHAnsi"/>
        </w:rPr>
        <w:t>It might be beautiful. It might be sad. It might make everybody laugh. It might seem completely inappropriate by traditional funeral standards.</w:t>
      </w:r>
    </w:p>
    <w:p w:rsidR="00A978BE" w:rsidRPr="00C841A3" w:rsidRDefault="00000000">
      <w:pPr>
        <w:pStyle w:val="Heading1"/>
        <w:rPr>
          <w:rFonts w:cstheme="majorHAnsi"/>
        </w:rPr>
      </w:pPr>
      <w:r w:rsidRPr="00C841A3">
        <w:rPr>
          <w:rFonts w:cstheme="majorHAnsi"/>
        </w:rPr>
        <w:t>My notes</w:t>
      </w:r>
    </w:p>
    <w:p w:rsidR="00A978BE" w:rsidRPr="00C841A3" w:rsidRDefault="00000000">
      <w:pPr>
        <w:spacing w:after="10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2D0705" w:rsidRPr="00C841A3" w:rsidRDefault="002D0705">
      <w:pPr>
        <w:spacing w:after="100"/>
        <w:rPr>
          <w:rFonts w:asciiTheme="majorHAnsi" w:hAnsiTheme="majorHAnsi" w:cstheme="majorHAnsi"/>
          <w:color w:val="AAAAAA"/>
        </w:rPr>
      </w:pPr>
    </w:p>
    <w:p w:rsidR="00A978BE" w:rsidRPr="00C841A3" w:rsidRDefault="00000000">
      <w:pPr>
        <w:spacing w:after="10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2D0705" w:rsidRPr="00C841A3" w:rsidRDefault="002D0705">
      <w:pPr>
        <w:spacing w:after="100"/>
        <w:rPr>
          <w:rFonts w:asciiTheme="majorHAnsi" w:hAnsiTheme="majorHAnsi" w:cstheme="majorHAnsi"/>
          <w:color w:val="AAAAAA"/>
        </w:rPr>
      </w:pPr>
    </w:p>
    <w:p w:rsidR="00A978BE" w:rsidRPr="00C841A3" w:rsidRDefault="00000000">
      <w:pPr>
        <w:spacing w:after="10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2D0705" w:rsidRPr="00C841A3" w:rsidRDefault="002D0705">
      <w:pPr>
        <w:spacing w:after="100"/>
        <w:rPr>
          <w:rFonts w:asciiTheme="majorHAnsi" w:hAnsiTheme="majorHAnsi" w:cstheme="majorHAnsi"/>
          <w:color w:val="AAAAAA"/>
        </w:rPr>
      </w:pPr>
    </w:p>
    <w:p w:rsidR="00A978BE" w:rsidRPr="00C841A3" w:rsidRDefault="00000000">
      <w:pPr>
        <w:spacing w:after="10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2D0705" w:rsidRPr="00C841A3" w:rsidRDefault="002D0705">
      <w:pPr>
        <w:spacing w:after="100"/>
        <w:rPr>
          <w:rFonts w:asciiTheme="majorHAnsi" w:hAnsiTheme="majorHAnsi" w:cstheme="majorHAnsi"/>
          <w:color w:val="AAAAAA"/>
        </w:rPr>
      </w:pPr>
    </w:p>
    <w:p w:rsidR="00A978BE" w:rsidRPr="00C841A3" w:rsidRDefault="00000000">
      <w:pPr>
        <w:spacing w:after="10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2D0705" w:rsidRPr="00C841A3" w:rsidRDefault="002D0705">
      <w:pPr>
        <w:spacing w:after="100"/>
        <w:rPr>
          <w:rFonts w:asciiTheme="majorHAnsi" w:hAnsiTheme="majorHAnsi" w:cstheme="majorHAnsi"/>
          <w:color w:val="AAAAAA"/>
        </w:rPr>
      </w:pPr>
    </w:p>
    <w:p w:rsidR="00A978BE" w:rsidRPr="00C841A3" w:rsidRDefault="00000000">
      <w:pPr>
        <w:spacing w:after="100"/>
        <w:rPr>
          <w:rFonts w:asciiTheme="majorHAnsi" w:hAnsiTheme="majorHAnsi" w:cstheme="majorHAnsi"/>
        </w:rPr>
      </w:pPr>
      <w:r w:rsidRPr="00C841A3">
        <w:rPr>
          <w:rFonts w:asciiTheme="majorHAnsi" w:hAnsiTheme="majorHAnsi" w:cstheme="majorHAnsi"/>
          <w:color w:val="AAAAAA"/>
        </w:rPr>
        <w:t>________________________________________________________________________________</w:t>
      </w:r>
    </w:p>
    <w:p w:rsidR="002D0705" w:rsidRPr="00C841A3" w:rsidRDefault="002D0705">
      <w:pPr>
        <w:spacing w:after="100"/>
        <w:rPr>
          <w:rFonts w:asciiTheme="majorHAnsi" w:hAnsiTheme="majorHAnsi" w:cstheme="majorHAnsi"/>
          <w:color w:val="AAAAAA"/>
        </w:rPr>
      </w:pPr>
    </w:p>
    <w:p w:rsidR="00A978BE" w:rsidRPr="00C841A3" w:rsidRDefault="00000000">
      <w:pPr>
        <w:spacing w:after="100"/>
        <w:rPr>
          <w:rFonts w:asciiTheme="majorHAnsi" w:hAnsiTheme="majorHAnsi" w:cstheme="majorHAnsi"/>
          <w:color w:val="AAAAAA"/>
        </w:rPr>
      </w:pPr>
      <w:r w:rsidRPr="00C841A3">
        <w:rPr>
          <w:rFonts w:asciiTheme="majorHAnsi" w:hAnsiTheme="majorHAnsi" w:cstheme="majorHAnsi"/>
          <w:color w:val="AAAAAA"/>
        </w:rPr>
        <w:t>________________________________________________________________________________</w:t>
      </w:r>
    </w:p>
    <w:p w:rsidR="002D0705" w:rsidRPr="00C841A3" w:rsidRDefault="002D0705">
      <w:pPr>
        <w:spacing w:after="100"/>
        <w:rPr>
          <w:rFonts w:asciiTheme="majorHAnsi" w:hAnsiTheme="majorHAnsi" w:cstheme="majorHAnsi"/>
        </w:rPr>
      </w:pPr>
    </w:p>
    <w:p w:rsidR="00A978BE" w:rsidRPr="00C841A3" w:rsidRDefault="000F0888" w:rsidP="000F0888">
      <w:pPr>
        <w:shd w:val="clear" w:color="auto" w:fill="F3F6F7"/>
        <w:rPr>
          <w:rFonts w:asciiTheme="majorHAnsi" w:hAnsiTheme="majorHAnsi" w:cstheme="majorHAnsi"/>
        </w:rPr>
      </w:pPr>
      <w:r w:rsidRPr="00C841A3">
        <w:rPr>
          <w:rStyle w:val="Strong"/>
          <w:rFonts w:asciiTheme="majorHAnsi" w:hAnsiTheme="majorHAnsi" w:cstheme="majorHAnsi"/>
        </w:rPr>
        <w:t>About this resource:</w:t>
      </w:r>
      <w:r w:rsidRPr="00C841A3">
        <w:rPr>
          <w:rFonts w:asciiTheme="majorHAnsi" w:hAnsiTheme="majorHAnsi" w:cstheme="majorHAnsi"/>
        </w:rPr>
        <w:t xml:space="preserve"> This document is a set of prompts, not a set of rules. Funeral venues, crematoriums and faith communities may have their own requirements, so check what is possible with the celebrant, clergy member, funeral director or other person organising the service.</w:t>
      </w:r>
    </w:p>
    <w:sectPr w:rsidR="00A978BE" w:rsidRPr="00C841A3"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7646" w:rsidRDefault="00147646">
      <w:pPr>
        <w:spacing w:after="0" w:line="240" w:lineRule="auto"/>
      </w:pPr>
      <w:r>
        <w:separator/>
      </w:r>
    </w:p>
  </w:endnote>
  <w:endnote w:type="continuationSeparator" w:id="0">
    <w:p w:rsidR="00147646" w:rsidRDefault="00147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78BE" w:rsidRPr="002D0705" w:rsidRDefault="002D0705" w:rsidP="002D0705">
    <w:pPr>
      <w:pStyle w:val="isselectedend"/>
      <w:jc w:val="center"/>
      <w:rPr>
        <w:rFonts w:ascii="Arial" w:hAnsi="Arial" w:cs="Arial"/>
        <w:b/>
        <w:bCs/>
        <w:sz w:val="18"/>
        <w:szCs w:val="18"/>
      </w:rPr>
    </w:pPr>
    <w:r w:rsidRPr="00DF12CE">
      <w:rPr>
        <w:rStyle w:val="Strong"/>
        <w:rFonts w:ascii="Arial" w:hAnsi="Arial" w:cs="Arial"/>
        <w:b w:val="0"/>
        <w:bCs w:val="0"/>
        <w:sz w:val="18"/>
        <w:szCs w:val="18"/>
      </w:rPr>
      <w:t>whatnowafterloss.com</w:t>
    </w:r>
    <w:r>
      <w:rPr>
        <w:rStyle w:val="Strong"/>
        <w:rFonts w:ascii="Arial" w:hAnsi="Arial" w:cs="Arial"/>
        <w:b w:val="0"/>
        <w:bCs w:val="0"/>
        <w:sz w:val="18"/>
        <w:szCs w:val="18"/>
      </w:rPr>
      <w:t xml:space="preserve">: </w:t>
    </w:r>
    <w:r>
      <w:rPr>
        <w:rFonts w:ascii="Arial" w:hAnsi="Arial" w:cs="Arial"/>
        <w:sz w:val="18"/>
        <w:szCs w:val="18"/>
      </w:rPr>
      <w:t>c</w:t>
    </w:r>
    <w:r w:rsidRPr="00DF12CE">
      <w:rPr>
        <w:rFonts w:ascii="Arial" w:hAnsi="Arial" w:cs="Arial"/>
        <w:sz w:val="18"/>
        <w:szCs w:val="18"/>
      </w:rPr>
      <w:t>reated by Noreen Pickering for What Now After Loss, 2026</w:t>
    </w:r>
    <w:r w:rsidRPr="00DF12CE">
      <w:rPr>
        <w:rFonts w:ascii="Arial" w:hAnsi="Arial" w:cs="Arial"/>
        <w:sz w:val="18"/>
        <w:szCs w:val="18"/>
      </w:rPr>
      <w:br/>
      <w:t>Free to download and print for personal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7646" w:rsidRDefault="00147646">
      <w:pPr>
        <w:spacing w:after="0" w:line="240" w:lineRule="auto"/>
      </w:pPr>
      <w:r>
        <w:separator/>
      </w:r>
    </w:p>
  </w:footnote>
  <w:footnote w:type="continuationSeparator" w:id="0">
    <w:p w:rsidR="00147646" w:rsidRDefault="00147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56EEB" w:rsidRDefault="00D56EEB" w:rsidP="00D56EEB">
    <w:pPr>
      <w:pStyle w:val="Header"/>
      <w:jc w:val="right"/>
    </w:pPr>
    <w:r>
      <w:rPr>
        <w:noProof/>
      </w:rPr>
      <w:drawing>
        <wp:inline distT="0" distB="0" distL="0" distR="0">
          <wp:extent cx="849076" cy="660903"/>
          <wp:effectExtent l="0" t="0" r="1905" b="0"/>
          <wp:docPr id="1403615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15921" name="Picture 1403615921"/>
                  <pic:cNvPicPr/>
                </pic:nvPicPr>
                <pic:blipFill>
                  <a:blip r:embed="rId1"/>
                  <a:stretch>
                    <a:fillRect/>
                  </a:stretch>
                </pic:blipFill>
                <pic:spPr>
                  <a:xfrm>
                    <a:off x="0" y="0"/>
                    <a:ext cx="903563" cy="7033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2523093">
    <w:abstractNumId w:val="8"/>
  </w:num>
  <w:num w:numId="2" w16cid:durableId="1284263296">
    <w:abstractNumId w:val="6"/>
  </w:num>
  <w:num w:numId="3" w16cid:durableId="1607345750">
    <w:abstractNumId w:val="5"/>
  </w:num>
  <w:num w:numId="4" w16cid:durableId="1262762757">
    <w:abstractNumId w:val="4"/>
  </w:num>
  <w:num w:numId="5" w16cid:durableId="881136269">
    <w:abstractNumId w:val="7"/>
  </w:num>
  <w:num w:numId="6" w16cid:durableId="2039117125">
    <w:abstractNumId w:val="3"/>
  </w:num>
  <w:num w:numId="7" w16cid:durableId="2080011580">
    <w:abstractNumId w:val="2"/>
  </w:num>
  <w:num w:numId="8" w16cid:durableId="992367500">
    <w:abstractNumId w:val="1"/>
  </w:num>
  <w:num w:numId="9" w16cid:durableId="863784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0888"/>
    <w:rsid w:val="00147646"/>
    <w:rsid w:val="0015074B"/>
    <w:rsid w:val="00236C00"/>
    <w:rsid w:val="0029639D"/>
    <w:rsid w:val="002D0705"/>
    <w:rsid w:val="00302276"/>
    <w:rsid w:val="00326F90"/>
    <w:rsid w:val="004E67F1"/>
    <w:rsid w:val="00872E30"/>
    <w:rsid w:val="00A978BE"/>
    <w:rsid w:val="00AA1D8D"/>
    <w:rsid w:val="00B47730"/>
    <w:rsid w:val="00C55DC9"/>
    <w:rsid w:val="00C841A3"/>
    <w:rsid w:val="00CB0664"/>
    <w:rsid w:val="00D56EEB"/>
    <w:rsid w:val="00D92B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AA7E56"/>
  <w14:defaultImageDpi w14:val="300"/>
  <w15:docId w15:val="{6930AB56-7947-5047-B4FA-E9610FBCD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324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2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C55D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C55D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sselectedend">
    <w:name w:val="isselectedend"/>
    <w:basedOn w:val="Normal"/>
    <w:rsid w:val="002D0705"/>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4533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629</Words>
  <Characters>3858</Characters>
  <Application>Microsoft Office Word</Application>
  <DocSecurity>0</DocSecurity>
  <Lines>78</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noreen</dc:creator>
  <cp:keywords/>
  <dc:description/>
  <cp:lastModifiedBy>Noreen Pickering</cp:lastModifiedBy>
  <cp:revision>5</cp:revision>
  <dcterms:created xsi:type="dcterms:W3CDTF">2013-12-23T23:15:00Z</dcterms:created>
  <dcterms:modified xsi:type="dcterms:W3CDTF">2026-09-07T15:41:00Z</dcterms:modified>
  <cp:category/>
</cp:coreProperties>
</file>